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25F" w:rsidRDefault="007B493E">
      <w:pPr>
        <w:jc w:val="center"/>
      </w:pPr>
      <w:r>
        <w:rPr>
          <w:b/>
          <w:sz w:val="24"/>
        </w:rPr>
        <w:t>ERASMUS+ 2021–2027</w:t>
      </w:r>
    </w:p>
    <w:p w:rsidR="007B493E" w:rsidRPr="009B5272" w:rsidRDefault="007B493E" w:rsidP="007B49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sz w:val="18"/>
        </w:rPr>
        <w:t xml:space="preserve">Project n. </w:t>
      </w:r>
      <w:r w:rsidRPr="009B5272">
        <w:rPr>
          <w:rFonts w:ascii="Times New Roman" w:eastAsia="Times New Roman" w:hAnsi="Times New Roman" w:cs="Times New Roman"/>
          <w:sz w:val="24"/>
          <w:szCs w:val="24"/>
          <w:lang w:eastAsia="it-IT"/>
        </w:rPr>
        <w:t>2026-1-IT02-KA121-SCH-000411534</w:t>
      </w:r>
    </w:p>
    <w:p w:rsidR="003A225F" w:rsidRDefault="007B493E">
      <w:pPr>
        <w:jc w:val="center"/>
      </w:pPr>
      <w:r>
        <w:rPr>
          <w:sz w:val="18"/>
        </w:rPr>
        <w:br/>
        <w:t>Accreditation code: 2023-1-IT02-KA120-SCH-000187262</w:t>
      </w:r>
    </w:p>
    <w:p w:rsidR="003A225F" w:rsidRDefault="007B493E">
      <w:pPr>
        <w:spacing w:before="120" w:after="160"/>
        <w:jc w:val="center"/>
      </w:pPr>
      <w:r>
        <w:rPr>
          <w:b/>
          <w:sz w:val="26"/>
        </w:rPr>
        <w:t>TABELLA DI AUTOVALUTAZIONE TITOLI – ALUNNI</w:t>
      </w:r>
    </w:p>
    <w:p w:rsidR="003A225F" w:rsidRDefault="007B493E">
      <w:r>
        <w:t>I sottoscritti __________________________________ e __________________________________, genitori/tutori dell’alunno/a ________________________________________________, frequentante la classe ______ della scuola secondaria di I grado, consapevoli delle responsabilità previste dagli artt. 75 e 76 del D.P.R. 28 dicembre 2000, n. 445 in caso di dichiarazioni mendaci, dichiarano che i dati indicati nella presente tabella corrispondono al vero.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028"/>
        <w:gridCol w:w="2481"/>
        <w:gridCol w:w="1345"/>
        <w:gridCol w:w="1040"/>
        <w:gridCol w:w="1904"/>
        <w:gridCol w:w="1958"/>
      </w:tblGrid>
      <w:tr w:rsidR="003A225F" w:rsidTr="0012572B">
        <w:trPr>
          <w:tblHeader/>
          <w:jc w:val="center"/>
        </w:trPr>
        <w:tc>
          <w:tcPr>
            <w:tcW w:w="2095" w:type="dxa"/>
            <w:shd w:val="clear" w:color="auto" w:fill="D9EAF7"/>
          </w:tcPr>
          <w:p w:rsidR="003A225F" w:rsidRDefault="007B493E">
            <w:pPr>
              <w:spacing w:after="20"/>
            </w:pPr>
            <w:r>
              <w:rPr>
                <w:b/>
                <w:sz w:val="16"/>
              </w:rPr>
              <w:t>CRITERIO</w:t>
            </w:r>
          </w:p>
        </w:tc>
        <w:tc>
          <w:tcPr>
            <w:tcW w:w="4185" w:type="dxa"/>
            <w:gridSpan w:val="3"/>
            <w:shd w:val="clear" w:color="auto" w:fill="D9EAF7"/>
          </w:tcPr>
          <w:p w:rsidR="003A225F" w:rsidRDefault="007B493E">
            <w:pPr>
              <w:spacing w:after="20"/>
            </w:pPr>
            <w:r>
              <w:rPr>
                <w:b/>
                <w:sz w:val="16"/>
              </w:rPr>
              <w:t>DATO/TITOLO DICHIARATO</w:t>
            </w:r>
          </w:p>
        </w:tc>
        <w:tc>
          <w:tcPr>
            <w:tcW w:w="1985" w:type="dxa"/>
            <w:shd w:val="clear" w:color="auto" w:fill="D9EAF7"/>
          </w:tcPr>
          <w:p w:rsidR="003A225F" w:rsidRDefault="007B493E">
            <w:pPr>
              <w:spacing w:after="20"/>
            </w:pPr>
            <w:r>
              <w:rPr>
                <w:b/>
                <w:sz w:val="16"/>
              </w:rPr>
              <w:t>PUNTEGGIO RICHIEDENTE</w:t>
            </w:r>
          </w:p>
        </w:tc>
        <w:tc>
          <w:tcPr>
            <w:tcW w:w="2037" w:type="dxa"/>
            <w:shd w:val="clear" w:color="auto" w:fill="D9EAF7"/>
          </w:tcPr>
          <w:p w:rsidR="003A225F" w:rsidRDefault="007B493E">
            <w:pPr>
              <w:spacing w:after="20"/>
            </w:pPr>
            <w:r>
              <w:rPr>
                <w:b/>
                <w:sz w:val="16"/>
              </w:rPr>
              <w:t>PUNTEGGIO COMMISSIONE</w:t>
            </w:r>
          </w:p>
        </w:tc>
      </w:tr>
      <w:tr w:rsidR="003A225F" w:rsidTr="0012572B">
        <w:trPr>
          <w:jc w:val="center"/>
        </w:trPr>
        <w:tc>
          <w:tcPr>
            <w:tcW w:w="209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pPr>
              <w:spacing w:after="20"/>
            </w:pPr>
            <w:r>
              <w:rPr>
                <w:sz w:val="17"/>
              </w:rPr>
              <w:t>Voto di comportamento (minimo 8)</w:t>
            </w:r>
          </w:p>
        </w:tc>
        <w:tc>
          <w:tcPr>
            <w:tcW w:w="4185" w:type="dxa"/>
            <w:gridSpan w:val="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pPr>
              <w:spacing w:after="20"/>
            </w:pPr>
            <w:r>
              <w:rPr>
                <w:sz w:val="17"/>
              </w:rPr>
              <w:t>Voto: ______</w:t>
            </w:r>
          </w:p>
        </w:tc>
        <w:tc>
          <w:tcPr>
            <w:tcW w:w="198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  <w:tc>
          <w:tcPr>
            <w:tcW w:w="2037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</w:tr>
      <w:tr w:rsidR="003A225F" w:rsidTr="0012572B">
        <w:trPr>
          <w:jc w:val="center"/>
        </w:trPr>
        <w:tc>
          <w:tcPr>
            <w:tcW w:w="209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pPr>
              <w:spacing w:after="20"/>
            </w:pPr>
            <w:r>
              <w:rPr>
                <w:sz w:val="17"/>
              </w:rPr>
              <w:t>Media aritmetica delle discipline* (minimo 8)</w:t>
            </w:r>
          </w:p>
        </w:tc>
        <w:tc>
          <w:tcPr>
            <w:tcW w:w="4185" w:type="dxa"/>
            <w:gridSpan w:val="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pPr>
              <w:spacing w:after="20"/>
            </w:pPr>
            <w:r>
              <w:rPr>
                <w:sz w:val="17"/>
              </w:rPr>
              <w:t>Media: ______</w:t>
            </w:r>
          </w:p>
        </w:tc>
        <w:tc>
          <w:tcPr>
            <w:tcW w:w="198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  <w:tc>
          <w:tcPr>
            <w:tcW w:w="2037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</w:tr>
      <w:tr w:rsidR="0012572B" w:rsidTr="00C80828">
        <w:trPr>
          <w:jc w:val="center"/>
        </w:trPr>
        <w:tc>
          <w:tcPr>
            <w:tcW w:w="209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12572B" w:rsidRDefault="0012572B">
            <w:pPr>
              <w:spacing w:after="20"/>
            </w:pPr>
            <w:r>
              <w:rPr>
                <w:sz w:val="17"/>
              </w:rPr>
              <w:t xml:space="preserve">Lingua </w:t>
            </w:r>
            <w:proofErr w:type="spellStart"/>
            <w:r>
              <w:rPr>
                <w:sz w:val="17"/>
              </w:rPr>
              <w:t>Inglese</w:t>
            </w:r>
            <w:proofErr w:type="spellEnd"/>
          </w:p>
        </w:tc>
        <w:tc>
          <w:tcPr>
            <w:tcW w:w="2092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12572B" w:rsidRDefault="0012572B">
            <w:pPr>
              <w:spacing w:after="20"/>
            </w:pPr>
            <w:proofErr w:type="spellStart"/>
            <w:r>
              <w:rPr>
                <w:sz w:val="17"/>
              </w:rPr>
              <w:t>Voto</w:t>
            </w:r>
            <w:proofErr w:type="spellEnd"/>
            <w:r>
              <w:rPr>
                <w:sz w:val="17"/>
              </w:rPr>
              <w:t>: ______</w:t>
            </w:r>
          </w:p>
        </w:tc>
        <w:tc>
          <w:tcPr>
            <w:tcW w:w="1046" w:type="dxa"/>
            <w:vMerge w:val="restart"/>
            <w:vAlign w:val="center"/>
          </w:tcPr>
          <w:p w:rsidR="0012572B" w:rsidRDefault="0012572B">
            <w:pPr>
              <w:spacing w:after="20"/>
            </w:pPr>
            <w:r>
              <w:rPr>
                <w:sz w:val="17"/>
              </w:rPr>
              <w:t xml:space="preserve">Media 1ª e 2ª lingua </w:t>
            </w:r>
            <w:proofErr w:type="spellStart"/>
            <w:r>
              <w:rPr>
                <w:sz w:val="17"/>
              </w:rPr>
              <w:t>straniera</w:t>
            </w:r>
            <w:proofErr w:type="spellEnd"/>
          </w:p>
        </w:tc>
        <w:tc>
          <w:tcPr>
            <w:tcW w:w="1047" w:type="dxa"/>
            <w:vMerge w:val="restart"/>
            <w:vAlign w:val="center"/>
          </w:tcPr>
          <w:p w:rsidR="0012572B" w:rsidRDefault="0012572B">
            <w:pPr>
              <w:spacing w:after="20"/>
            </w:pPr>
          </w:p>
        </w:tc>
        <w:tc>
          <w:tcPr>
            <w:tcW w:w="198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12572B" w:rsidRDefault="0012572B">
            <w:pPr>
              <w:spacing w:after="20"/>
            </w:pPr>
          </w:p>
        </w:tc>
        <w:tc>
          <w:tcPr>
            <w:tcW w:w="2037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12572B" w:rsidRDefault="0012572B">
            <w:pPr>
              <w:spacing w:after="20"/>
            </w:pPr>
          </w:p>
        </w:tc>
      </w:tr>
      <w:tr w:rsidR="0012572B" w:rsidTr="00C80828">
        <w:trPr>
          <w:jc w:val="center"/>
        </w:trPr>
        <w:tc>
          <w:tcPr>
            <w:tcW w:w="209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12572B" w:rsidRDefault="0012572B">
            <w:pPr>
              <w:spacing w:after="20"/>
            </w:pPr>
            <w:proofErr w:type="spellStart"/>
            <w:r>
              <w:rPr>
                <w:sz w:val="17"/>
              </w:rPr>
              <w:t>Francese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Spagnolo</w:t>
            </w:r>
            <w:proofErr w:type="spellEnd"/>
          </w:p>
        </w:tc>
        <w:tc>
          <w:tcPr>
            <w:tcW w:w="2092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12572B" w:rsidRDefault="0012572B">
            <w:pPr>
              <w:spacing w:after="20"/>
            </w:pPr>
            <w:proofErr w:type="spellStart"/>
            <w:r>
              <w:rPr>
                <w:sz w:val="17"/>
              </w:rPr>
              <w:t>Voto</w:t>
            </w:r>
            <w:proofErr w:type="spellEnd"/>
            <w:r>
              <w:rPr>
                <w:sz w:val="17"/>
              </w:rPr>
              <w:t>: ______</w:t>
            </w:r>
          </w:p>
        </w:tc>
        <w:tc>
          <w:tcPr>
            <w:tcW w:w="1046" w:type="dxa"/>
            <w:vMerge/>
            <w:vAlign w:val="center"/>
          </w:tcPr>
          <w:p w:rsidR="0012572B" w:rsidRDefault="0012572B"/>
        </w:tc>
        <w:tc>
          <w:tcPr>
            <w:tcW w:w="1047" w:type="dxa"/>
            <w:vMerge/>
            <w:vAlign w:val="center"/>
          </w:tcPr>
          <w:p w:rsidR="0012572B" w:rsidRDefault="0012572B"/>
        </w:tc>
        <w:tc>
          <w:tcPr>
            <w:tcW w:w="198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12572B" w:rsidRDefault="0012572B">
            <w:pPr>
              <w:spacing w:after="20"/>
            </w:pPr>
          </w:p>
        </w:tc>
        <w:tc>
          <w:tcPr>
            <w:tcW w:w="2037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12572B" w:rsidRDefault="0012572B">
            <w:pPr>
              <w:spacing w:after="20"/>
            </w:pPr>
          </w:p>
        </w:tc>
      </w:tr>
      <w:tr w:rsidR="003A225F" w:rsidTr="0012572B">
        <w:trPr>
          <w:jc w:val="center"/>
        </w:trPr>
        <w:tc>
          <w:tcPr>
            <w:tcW w:w="209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pPr>
              <w:spacing w:after="20"/>
            </w:pPr>
            <w:proofErr w:type="spellStart"/>
            <w:r>
              <w:rPr>
                <w:sz w:val="17"/>
              </w:rPr>
              <w:t>Certificazione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linguistica</w:t>
            </w:r>
            <w:proofErr w:type="spellEnd"/>
          </w:p>
        </w:tc>
        <w:tc>
          <w:tcPr>
            <w:tcW w:w="4185" w:type="dxa"/>
            <w:gridSpan w:val="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515E82" w:rsidRDefault="004B37C5">
            <w:pPr>
              <w:spacing w:after="20"/>
            </w:pPr>
            <w:r>
              <w:rPr>
                <w:sz w:val="17"/>
              </w:rPr>
              <w:t>Titolo/certificazione: ______________________________</w:t>
            </w:r>
            <w:r>
              <w:rPr>
                <w:sz w:val="17"/>
              </w:rPr>
              <w:br/>
              <w:t xml:space="preserve">Ente certificatore: </w:t>
            </w:r>
            <w:r>
              <w:rPr>
                <w:sz w:val="17"/>
              </w:rPr>
              <w:t>_________________________________</w:t>
            </w:r>
            <w:r>
              <w:rPr>
                <w:sz w:val="17"/>
              </w:rPr>
              <w:br/>
              <w:t>Lingua: □ Inglese  □ Francese  □ Spagnolo</w:t>
            </w:r>
            <w:r>
              <w:rPr>
                <w:sz w:val="17"/>
              </w:rPr>
              <w:br/>
              <w:t>Livello: ______</w:t>
            </w:r>
            <w:r>
              <w:rPr>
                <w:sz w:val="17"/>
              </w:rPr>
              <w:br/>
              <w:t>□ Certificazione allegata</w:t>
            </w:r>
          </w:p>
        </w:tc>
        <w:tc>
          <w:tcPr>
            <w:tcW w:w="198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  <w:tc>
          <w:tcPr>
            <w:tcW w:w="2037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</w:tr>
      <w:tr w:rsidR="003A225F" w:rsidTr="0012572B">
        <w:trPr>
          <w:jc w:val="center"/>
        </w:trPr>
        <w:tc>
          <w:tcPr>
            <w:tcW w:w="209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515E82" w:rsidRDefault="004B37C5">
            <w:pPr>
              <w:spacing w:after="20"/>
            </w:pPr>
            <w:r>
              <w:rPr>
                <w:b/>
                <w:sz w:val="17"/>
              </w:rPr>
              <w:t>Partecipazione a PON/corsi extracurriculari</w:t>
            </w:r>
            <w:r>
              <w:rPr>
                <w:b/>
                <w:sz w:val="17"/>
              </w:rPr>
              <w:br/>
              <w:t>(PREREQUISITO OBBLIGATORIO DI ACCESSO)</w:t>
            </w:r>
          </w:p>
        </w:tc>
        <w:tc>
          <w:tcPr>
            <w:tcW w:w="4185" w:type="dxa"/>
            <w:gridSpan w:val="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515E82" w:rsidRDefault="004B37C5">
            <w:pPr>
              <w:spacing w:after="20"/>
            </w:pPr>
            <w:r>
              <w:rPr>
                <w:sz w:val="17"/>
              </w:rPr>
              <w:t>Indicare obbligatoriamente il/i titolo/i dei corsi f</w:t>
            </w:r>
            <w:r>
              <w:rPr>
                <w:sz w:val="17"/>
              </w:rPr>
              <w:t>requentati:</w:t>
            </w:r>
            <w:r>
              <w:rPr>
                <w:sz w:val="17"/>
              </w:rPr>
              <w:br/>
              <w:t>1. _________________________________________________</w:t>
            </w:r>
            <w:r>
              <w:rPr>
                <w:sz w:val="17"/>
              </w:rPr>
              <w:br/>
              <w:t>2. _________________________________________________</w:t>
            </w:r>
            <w:r>
              <w:rPr>
                <w:sz w:val="17"/>
              </w:rPr>
              <w:br/>
              <w:t>3. _________________________________________________</w:t>
            </w:r>
            <w:r>
              <w:rPr>
                <w:sz w:val="17"/>
              </w:rPr>
              <w:br/>
              <w:t>N. attività: ______</w:t>
            </w:r>
            <w:r>
              <w:rPr>
                <w:sz w:val="17"/>
              </w:rPr>
              <w:br/>
              <w:t>□ Attestato/i allegato/i</w:t>
            </w:r>
          </w:p>
        </w:tc>
        <w:tc>
          <w:tcPr>
            <w:tcW w:w="198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  <w:tc>
          <w:tcPr>
            <w:tcW w:w="2037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</w:tr>
      <w:tr w:rsidR="003A225F" w:rsidTr="0012572B">
        <w:trPr>
          <w:jc w:val="center"/>
        </w:trPr>
        <w:tc>
          <w:tcPr>
            <w:tcW w:w="209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pPr>
              <w:spacing w:after="20"/>
            </w:pPr>
            <w:r>
              <w:rPr>
                <w:sz w:val="17"/>
              </w:rPr>
              <w:t>ISEE inferiore a € 13.000</w:t>
            </w:r>
          </w:p>
        </w:tc>
        <w:tc>
          <w:tcPr>
            <w:tcW w:w="4185" w:type="dxa"/>
            <w:gridSpan w:val="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pPr>
              <w:spacing w:after="20"/>
            </w:pPr>
            <w:r>
              <w:rPr>
                <w:sz w:val="17"/>
              </w:rPr>
              <w:t xml:space="preserve">□ SÌ  </w:t>
            </w:r>
            <w:r w:rsidR="004B37C5">
              <w:rPr>
                <w:sz w:val="17"/>
              </w:rPr>
              <w:t>(</w:t>
            </w:r>
            <w:proofErr w:type="spellStart"/>
            <w:r w:rsidR="004B37C5">
              <w:rPr>
                <w:sz w:val="17"/>
              </w:rPr>
              <w:t>allegare</w:t>
            </w:r>
            <w:proofErr w:type="spellEnd"/>
            <w:r w:rsidR="004B37C5">
              <w:rPr>
                <w:sz w:val="17"/>
              </w:rPr>
              <w:t xml:space="preserve">) </w:t>
            </w:r>
            <w:bookmarkStart w:id="0" w:name="_GoBack"/>
            <w:bookmarkEnd w:id="0"/>
            <w:r>
              <w:rPr>
                <w:sz w:val="17"/>
              </w:rPr>
              <w:t xml:space="preserve"> □ NO</w:t>
            </w:r>
            <w:r w:rsidR="004B37C5">
              <w:rPr>
                <w:sz w:val="17"/>
              </w:rPr>
              <w:t xml:space="preserve"> </w:t>
            </w:r>
          </w:p>
        </w:tc>
        <w:tc>
          <w:tcPr>
            <w:tcW w:w="198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  <w:tc>
          <w:tcPr>
            <w:tcW w:w="2037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</w:tr>
      <w:tr w:rsidR="003A225F" w:rsidTr="0012572B">
        <w:trPr>
          <w:jc w:val="center"/>
        </w:trPr>
        <w:tc>
          <w:tcPr>
            <w:tcW w:w="209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pPr>
              <w:spacing w:after="20"/>
            </w:pPr>
            <w:r>
              <w:rPr>
                <w:sz w:val="17"/>
              </w:rPr>
              <w:t>Certificazione BES</w:t>
            </w:r>
          </w:p>
        </w:tc>
        <w:tc>
          <w:tcPr>
            <w:tcW w:w="4185" w:type="dxa"/>
            <w:gridSpan w:val="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pPr>
              <w:spacing w:after="20"/>
            </w:pPr>
            <w:r>
              <w:rPr>
                <w:sz w:val="17"/>
              </w:rPr>
              <w:t>□ SÌ   □ NO</w:t>
            </w:r>
            <w:r>
              <w:rPr>
                <w:sz w:val="17"/>
              </w:rPr>
              <w:br/>
              <w:t>(titolo preferenziale a parità di punteggio)</w:t>
            </w:r>
          </w:p>
        </w:tc>
        <w:tc>
          <w:tcPr>
            <w:tcW w:w="198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  <w:tc>
          <w:tcPr>
            <w:tcW w:w="2037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</w:tr>
      <w:tr w:rsidR="003A225F" w:rsidTr="0012572B">
        <w:trPr>
          <w:jc w:val="center"/>
        </w:trPr>
        <w:tc>
          <w:tcPr>
            <w:tcW w:w="2095" w:type="dxa"/>
            <w:shd w:val="clear" w:color="auto" w:fill="EAF2F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pPr>
              <w:spacing w:after="20"/>
            </w:pPr>
            <w:r>
              <w:rPr>
                <w:b/>
                <w:sz w:val="17"/>
              </w:rPr>
              <w:t>TOTALE PUNTEGGIO</w:t>
            </w:r>
          </w:p>
        </w:tc>
        <w:tc>
          <w:tcPr>
            <w:tcW w:w="4185" w:type="dxa"/>
            <w:gridSpan w:val="3"/>
            <w:shd w:val="clear" w:color="auto" w:fill="EAF2F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  <w:tc>
          <w:tcPr>
            <w:tcW w:w="1985" w:type="dxa"/>
            <w:shd w:val="clear" w:color="auto" w:fill="EAF2F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  <w:tc>
          <w:tcPr>
            <w:tcW w:w="2037" w:type="dxa"/>
            <w:shd w:val="clear" w:color="auto" w:fill="EAF2F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>
            <w:pPr>
              <w:spacing w:after="20"/>
            </w:pPr>
          </w:p>
        </w:tc>
      </w:tr>
    </w:tbl>
    <w:p w:rsidR="003A225F" w:rsidRDefault="007B493E">
      <w:r>
        <w:rPr>
          <w:b/>
        </w:rPr>
        <w:t xml:space="preserve">* </w:t>
      </w:r>
      <w:proofErr w:type="spellStart"/>
      <w:r>
        <w:t>Esclusi</w:t>
      </w:r>
      <w:proofErr w:type="spellEnd"/>
      <w:r>
        <w:t xml:space="preserve"> </w:t>
      </w:r>
      <w:proofErr w:type="spellStart"/>
      <w:r>
        <w:t>religione</w:t>
      </w:r>
      <w:proofErr w:type="spellEnd"/>
      <w:r>
        <w:t>/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alternativa</w:t>
      </w:r>
      <w:proofErr w:type="spellEnd"/>
      <w:r>
        <w:t xml:space="preserve"> e strumento musicale.</w:t>
      </w:r>
    </w:p>
    <w:p w:rsidR="003A225F" w:rsidRDefault="007B493E">
      <w:r>
        <w:rPr>
          <w:b/>
          <w:sz w:val="19"/>
        </w:rPr>
        <w:t>DOCUMENTAZIONE OBBLIGATORIA DA ALLEGARE: certificazione/i linguistica/he dichiarata/e e attestato/i dei PON/corsi extracurriculari indicati nella tabella. Per Inglese e Francese/Spagnolo deve essere indicato il titolo/certificazione posseduto, con ente certificatore e livello. Se la certificazione o l’attestato è già depositato presso la scuola, dovrà essere ritirato e allegato alla domanda. ISEE e documentazione BES vanno allegati ove dichiarati e previsti.</w:t>
      </w:r>
    </w:p>
    <w:p w:rsidR="00515E82" w:rsidRDefault="004B37C5">
      <w:pPr>
        <w:jc w:val="center"/>
      </w:pPr>
      <w:r>
        <w:rPr>
          <w:b/>
          <w:sz w:val="21"/>
        </w:rPr>
        <w:t>ATTENZIONE: la mancata indicazione del prerequisito obbligatorio e dei titoli richiesti, oppure la mancata presentazione della relativa d</w:t>
      </w:r>
      <w:r>
        <w:rPr>
          <w:b/>
          <w:sz w:val="21"/>
        </w:rPr>
        <w:t>ocumentazione, comporta la NON VALIDITÀ DELLA DOMANDA.</w:t>
      </w:r>
    </w:p>
    <w:p w:rsidR="003A225F" w:rsidRDefault="007B493E">
      <w:r>
        <w:br/>
        <w:t>Giffoni Valle Piana, ____________________</w:t>
      </w:r>
    </w:p>
    <w:p w:rsidR="003A225F" w:rsidRDefault="007B493E">
      <w:pPr>
        <w:jc w:val="right"/>
      </w:pPr>
      <w:r>
        <w:t>Firma dei genitori/tutori</w:t>
      </w:r>
      <w:r>
        <w:br/>
        <w:t>__________________________________</w:t>
      </w:r>
      <w:r>
        <w:br/>
        <w:t>__________________________________</w:t>
      </w:r>
    </w:p>
    <w:sectPr w:rsidR="003A225F" w:rsidSect="00034616">
      <w:pgSz w:w="12240" w:h="15840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572B"/>
    <w:rsid w:val="0015074B"/>
    <w:rsid w:val="0029639D"/>
    <w:rsid w:val="00326F90"/>
    <w:rsid w:val="003A225F"/>
    <w:rsid w:val="004B37C5"/>
    <w:rsid w:val="00515E82"/>
    <w:rsid w:val="0055780D"/>
    <w:rsid w:val="007B493E"/>
    <w:rsid w:val="00AA1D8D"/>
    <w:rsid w:val="00B47730"/>
    <w:rsid w:val="00CB0664"/>
    <w:rsid w:val="00DD22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7273039-4039-49F4-B835-20EE2F7BC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86207D-4A2E-4FC0-951F-1BE22B1B7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2473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Account Microsoft</cp:lastModifiedBy>
  <cp:revision>5</cp:revision>
  <dcterms:created xsi:type="dcterms:W3CDTF">2026-09-17T14:21:00Z</dcterms:created>
  <dcterms:modified xsi:type="dcterms:W3CDTF">2026-10-07T15:43:00Z</dcterms:modified>
  <cp:category/>
</cp:coreProperties>
</file>