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410" w:rsidRPr="00285076" w:rsidRDefault="00C03B18">
      <w:pPr>
        <w:spacing w:before="120" w:after="80"/>
        <w:jc w:val="center"/>
        <w:rPr>
          <w:lang w:val="it-IT"/>
        </w:rPr>
      </w:pPr>
      <w:bookmarkStart w:id="0" w:name="_GoBack"/>
      <w:bookmarkEnd w:id="0"/>
      <w:r w:rsidRPr="00285076">
        <w:rPr>
          <w:rFonts w:ascii="Arial" w:hAnsi="Arial"/>
          <w:b/>
          <w:color w:val="1B365D"/>
          <w:sz w:val="28"/>
          <w:lang w:val="it-IT"/>
        </w:rPr>
        <w:t>SCHEDA DI SEGNALAZIONE ASSENZE E CONTRASTO ALLA DISPERSIONE SCOLASTICA</w:t>
      </w:r>
    </w:p>
    <w:p w:rsidR="00EA3410" w:rsidRPr="00285076" w:rsidRDefault="00C03B18">
      <w:pPr>
        <w:spacing w:after="320"/>
        <w:jc w:val="center"/>
        <w:rPr>
          <w:lang w:val="it-IT"/>
        </w:rPr>
      </w:pPr>
      <w:r w:rsidRPr="00285076">
        <w:rPr>
          <w:rFonts w:ascii="Arial" w:hAnsi="Arial"/>
          <w:i/>
          <w:color w:val="5C768D"/>
          <w:sz w:val="18"/>
          <w:lang w:val="it-IT"/>
        </w:rPr>
        <w:t>(Ai sensi del D.L. 123/2023 conv. in L. 159/2023 - Decreto Caivano e art. 570-ter c.p.)</w:t>
      </w:r>
    </w:p>
    <w:p w:rsidR="00EA3410" w:rsidRPr="00285076" w:rsidRDefault="00C03B18">
      <w:pPr>
        <w:keepNext/>
        <w:spacing w:before="280" w:after="120"/>
        <w:rPr>
          <w:lang w:val="it-IT"/>
        </w:rPr>
      </w:pPr>
      <w:r w:rsidRPr="00285076">
        <w:rPr>
          <w:rFonts w:ascii="Arial" w:hAnsi="Arial"/>
          <w:b/>
          <w:color w:val="1B365D"/>
          <w:lang w:val="it-IT"/>
        </w:rPr>
        <w:t>1. DATI DELL'ALUNNO/A E DELLA CLASSE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EA3410">
        <w:trPr>
          <w:jc w:val="center"/>
        </w:trPr>
        <w:tc>
          <w:tcPr>
            <w:tcW w:w="3312" w:type="dxa"/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Pr="00285076" w:rsidRDefault="00C03B18">
            <w:pPr>
              <w:spacing w:after="0"/>
              <w:rPr>
                <w:lang w:val="it-IT"/>
              </w:rPr>
            </w:pPr>
            <w:r w:rsidRPr="00285076">
              <w:rPr>
                <w:rFonts w:ascii="Arial" w:hAnsi="Arial"/>
                <w:b/>
                <w:color w:val="1B365D"/>
                <w:sz w:val="20"/>
                <w:lang w:val="it-IT"/>
              </w:rPr>
              <w:t>Cognome e Nome Alunno/a: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color w:val="282828"/>
                <w:sz w:val="20"/>
              </w:rPr>
              <w:t>[ Scrivere Nome e Cognome ]</w:t>
            </w:r>
          </w:p>
        </w:tc>
      </w:tr>
      <w:tr w:rsidR="00EA3410">
        <w:trPr>
          <w:jc w:val="center"/>
        </w:trPr>
        <w:tc>
          <w:tcPr>
            <w:tcW w:w="3312" w:type="dxa"/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Pr="00285076" w:rsidRDefault="00C03B18">
            <w:pPr>
              <w:spacing w:after="0"/>
              <w:rPr>
                <w:lang w:val="it-IT"/>
              </w:rPr>
            </w:pPr>
            <w:r w:rsidRPr="00285076">
              <w:rPr>
                <w:rFonts w:ascii="Arial" w:hAnsi="Arial"/>
                <w:b/>
                <w:color w:val="1B365D"/>
                <w:sz w:val="20"/>
                <w:lang w:val="it-IT"/>
              </w:rPr>
              <w:t>Data e Luogo di Nascita: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color w:val="282828"/>
                <w:sz w:val="20"/>
              </w:rPr>
              <w:t>[ GG/MM/AAAA - Luogo ]</w:t>
            </w:r>
          </w:p>
        </w:tc>
      </w:tr>
      <w:tr w:rsidR="00EA3410" w:rsidRPr="00285076">
        <w:trPr>
          <w:jc w:val="center"/>
        </w:trPr>
        <w:tc>
          <w:tcPr>
            <w:tcW w:w="3312" w:type="dxa"/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b/>
                <w:color w:val="1B365D"/>
                <w:sz w:val="20"/>
              </w:rPr>
              <w:t>Plesso di Appartenenza: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Pr="00285076" w:rsidRDefault="00C03B18">
            <w:pPr>
              <w:spacing w:after="0"/>
              <w:rPr>
                <w:lang w:val="it-IT"/>
              </w:rPr>
            </w:pPr>
            <w:r w:rsidRPr="00285076">
              <w:rPr>
                <w:rFonts w:ascii="Arial" w:hAnsi="Arial"/>
                <w:color w:val="282828"/>
                <w:sz w:val="20"/>
                <w:lang w:val="it-IT"/>
              </w:rPr>
              <w:t>[ ] Primaria    [ ] Secondaria I Grado  - Plesso: __________________</w:t>
            </w:r>
          </w:p>
        </w:tc>
      </w:tr>
      <w:tr w:rsidR="00EA3410">
        <w:trPr>
          <w:jc w:val="center"/>
        </w:trPr>
        <w:tc>
          <w:tcPr>
            <w:tcW w:w="3312" w:type="dxa"/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b/>
                <w:color w:val="1B365D"/>
                <w:sz w:val="20"/>
              </w:rPr>
              <w:t>Classe e Sezione: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color w:val="282828"/>
                <w:sz w:val="20"/>
              </w:rPr>
              <w:t>Classe: _________  Sezione: _________</w:t>
            </w:r>
          </w:p>
        </w:tc>
      </w:tr>
    </w:tbl>
    <w:p w:rsidR="00EA3410" w:rsidRDefault="00C03B18">
      <w:pPr>
        <w:keepNext/>
        <w:spacing w:before="280" w:after="120"/>
      </w:pPr>
      <w:r>
        <w:rPr>
          <w:rFonts w:ascii="Arial" w:hAnsi="Arial"/>
          <w:b/>
          <w:color w:val="1B365D"/>
        </w:rPr>
        <w:t>2. RECAPITI E RESPONSABILITÀ GENITORIALE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EA3410">
        <w:trPr>
          <w:jc w:val="center"/>
        </w:trPr>
        <w:tc>
          <w:tcPr>
            <w:tcW w:w="3312" w:type="dxa"/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b/>
                <w:color w:val="1B365D"/>
                <w:sz w:val="20"/>
              </w:rPr>
              <w:t>Genitori / Esercenti Responsabilità: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color w:val="282828"/>
                <w:sz w:val="20"/>
              </w:rPr>
              <w:t>Genitore/Tutore 1: _________________________________________________</w:t>
            </w:r>
            <w:r>
              <w:rPr>
                <w:rFonts w:ascii="Arial" w:hAnsi="Arial"/>
                <w:color w:val="282828"/>
                <w:sz w:val="20"/>
              </w:rPr>
              <w:br/>
              <w:t>Genitore/Tutore 2: _________________________________________________</w:t>
            </w:r>
          </w:p>
        </w:tc>
      </w:tr>
      <w:tr w:rsidR="00EA3410">
        <w:trPr>
          <w:jc w:val="center"/>
        </w:trPr>
        <w:tc>
          <w:tcPr>
            <w:tcW w:w="3312" w:type="dxa"/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b/>
                <w:color w:val="1B365D"/>
                <w:sz w:val="20"/>
              </w:rPr>
              <w:t>Indirizzo di Residenza / Domicilio: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Default="00C03B18">
            <w:pPr>
              <w:spacing w:after="0"/>
            </w:pPr>
            <w:r w:rsidRPr="00285076">
              <w:rPr>
                <w:rFonts w:ascii="Arial" w:hAnsi="Arial"/>
                <w:color w:val="282828"/>
                <w:sz w:val="20"/>
                <w:lang w:val="it-IT"/>
              </w:rPr>
              <w:t>Via/Piazza _______________________________________ n. _______</w:t>
            </w:r>
            <w:r w:rsidRPr="00285076">
              <w:rPr>
                <w:rFonts w:ascii="Arial" w:hAnsi="Arial"/>
                <w:color w:val="282828"/>
                <w:sz w:val="20"/>
                <w:lang w:val="it-IT"/>
              </w:rPr>
              <w:br/>
              <w:t xml:space="preserve">Comune: ________________________________________ (Prov. </w:t>
            </w:r>
            <w:r>
              <w:rPr>
                <w:rFonts w:ascii="Arial" w:hAnsi="Arial"/>
                <w:color w:val="282828"/>
                <w:sz w:val="20"/>
              </w:rPr>
              <w:t>____)</w:t>
            </w:r>
          </w:p>
        </w:tc>
      </w:tr>
      <w:tr w:rsidR="00EA3410">
        <w:trPr>
          <w:jc w:val="center"/>
        </w:trPr>
        <w:tc>
          <w:tcPr>
            <w:tcW w:w="3312" w:type="dxa"/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Pr="00285076" w:rsidRDefault="00C03B18">
            <w:pPr>
              <w:spacing w:after="0"/>
              <w:rPr>
                <w:lang w:val="it-IT"/>
              </w:rPr>
            </w:pPr>
            <w:r w:rsidRPr="00285076">
              <w:rPr>
                <w:rFonts w:ascii="Arial" w:hAnsi="Arial"/>
                <w:b/>
                <w:color w:val="1B365D"/>
                <w:sz w:val="20"/>
                <w:lang w:val="it-IT"/>
              </w:rPr>
              <w:t>Recapiti Telefonici ed E-mail: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color w:val="282828"/>
                <w:sz w:val="20"/>
              </w:rPr>
              <w:t>Tel. 1: __________________________  Tel. 2: __________________________</w:t>
            </w:r>
            <w:r>
              <w:rPr>
                <w:rFonts w:ascii="Arial" w:hAnsi="Arial"/>
                <w:color w:val="282828"/>
                <w:sz w:val="20"/>
              </w:rPr>
              <w:br/>
              <w:t>E-mail: ________________________________________________________</w:t>
            </w:r>
          </w:p>
        </w:tc>
      </w:tr>
    </w:tbl>
    <w:p w:rsidR="00EA3410" w:rsidRPr="00285076" w:rsidRDefault="00C03B18">
      <w:pPr>
        <w:keepNext/>
        <w:spacing w:before="280" w:after="120"/>
        <w:rPr>
          <w:lang w:val="it-IT"/>
        </w:rPr>
      </w:pPr>
      <w:r w:rsidRPr="00285076">
        <w:rPr>
          <w:rFonts w:ascii="Arial" w:hAnsi="Arial"/>
          <w:b/>
          <w:color w:val="1B365D"/>
          <w:lang w:val="it-IT"/>
        </w:rPr>
        <w:t>3. QUADRO PRESENZE / ASSENZE E TIPOLOGIA DI CRITICITÀ</w:t>
      </w:r>
    </w:p>
    <w:p w:rsidR="00EA3410" w:rsidRPr="00285076" w:rsidRDefault="00C03B18">
      <w:pPr>
        <w:spacing w:before="40" w:after="120"/>
        <w:rPr>
          <w:lang w:val="it-IT"/>
        </w:rPr>
      </w:pPr>
      <w:r w:rsidRPr="00285076">
        <w:rPr>
          <w:rFonts w:ascii="Arial" w:hAnsi="Arial"/>
          <w:b/>
          <w:color w:val="5C768D"/>
          <w:sz w:val="19"/>
          <w:lang w:val="it-IT"/>
        </w:rPr>
        <w:t>Selezionare la fattispecie rilevata in base alla Circolare Dirigenziale: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EA3410">
        <w:trPr>
          <w:jc w:val="center"/>
        </w:trPr>
        <w:tc>
          <w:tcPr>
            <w:tcW w:w="3312" w:type="dxa"/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b/>
                <w:color w:val="1B365D"/>
                <w:sz w:val="19"/>
              </w:rPr>
              <w:t>Periodo di Riferimento Monitorato: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Dal ____/____/202...  al  ____/____/202...</w:t>
            </w:r>
          </w:p>
        </w:tc>
      </w:tr>
      <w:tr w:rsidR="00EA3410" w:rsidRPr="00285076">
        <w:trPr>
          <w:jc w:val="center"/>
        </w:trPr>
        <w:tc>
          <w:tcPr>
            <w:tcW w:w="3312" w:type="dxa"/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Pr="00285076" w:rsidRDefault="00C03B18">
            <w:pPr>
              <w:spacing w:after="0"/>
              <w:rPr>
                <w:lang w:val="it-IT"/>
              </w:rPr>
            </w:pPr>
            <w:r w:rsidRPr="00285076">
              <w:rPr>
                <w:rFonts w:ascii="Arial" w:hAnsi="Arial"/>
                <w:b/>
                <w:color w:val="1B365D"/>
                <w:sz w:val="19"/>
                <w:lang w:val="it-IT"/>
              </w:rPr>
              <w:t>Totale Giorni di Assenza Rilevati: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Pr="00285076" w:rsidRDefault="00C03B18">
            <w:pPr>
              <w:spacing w:after="0"/>
              <w:rPr>
                <w:lang w:val="it-IT"/>
              </w:rPr>
            </w:pPr>
            <w:r w:rsidRPr="00285076">
              <w:rPr>
                <w:rFonts w:ascii="Arial" w:hAnsi="Arial"/>
                <w:color w:val="282828"/>
                <w:sz w:val="19"/>
                <w:lang w:val="it-IT"/>
              </w:rPr>
              <w:t>____ giorni di assenza complessivi (di cui ____ non giustificati)</w:t>
            </w:r>
          </w:p>
        </w:tc>
      </w:tr>
      <w:tr w:rsidR="00EA3410" w:rsidRPr="00285076">
        <w:trPr>
          <w:jc w:val="center"/>
        </w:trPr>
        <w:tc>
          <w:tcPr>
            <w:tcW w:w="3312" w:type="dxa"/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Pr="00285076" w:rsidRDefault="00C03B18">
            <w:pPr>
              <w:spacing w:after="0"/>
              <w:rPr>
                <w:lang w:val="it-IT"/>
              </w:rPr>
            </w:pPr>
            <w:r w:rsidRPr="00285076">
              <w:rPr>
                <w:rFonts w:ascii="Arial" w:hAnsi="Arial"/>
                <w:b/>
                <w:color w:val="1B365D"/>
                <w:sz w:val="19"/>
                <w:lang w:val="it-IT"/>
              </w:rPr>
              <w:t>Frequenza Irregolare (Art. 2.1):</w:t>
            </w:r>
            <w:r w:rsidRPr="00285076">
              <w:rPr>
                <w:rFonts w:ascii="Arial" w:hAnsi="Arial"/>
                <w:b/>
                <w:color w:val="1B365D"/>
                <w:sz w:val="19"/>
                <w:lang w:val="it-IT"/>
              </w:rPr>
              <w:br/>
              <w:t>(&gt; 7 giorni assenza non giustificata in 1 mese)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Pr="00285076" w:rsidRDefault="00C03B18">
            <w:pPr>
              <w:spacing w:after="0"/>
              <w:rPr>
                <w:lang w:val="it-IT"/>
              </w:rPr>
            </w:pPr>
            <w:r w:rsidRPr="00285076">
              <w:rPr>
                <w:rFonts w:ascii="Arial" w:hAnsi="Arial"/>
                <w:color w:val="282828"/>
                <w:sz w:val="19"/>
                <w:lang w:val="it-IT"/>
              </w:rPr>
              <w:t>[  ]  SÌ, si segnala frequenza discontinua/irregolare con più di 7 giorni di assenza non giustificata nell'arco di un mese.</w:t>
            </w:r>
          </w:p>
        </w:tc>
      </w:tr>
      <w:tr w:rsidR="00EA3410" w:rsidRPr="00285076">
        <w:trPr>
          <w:jc w:val="center"/>
        </w:trPr>
        <w:tc>
          <w:tcPr>
            <w:tcW w:w="3312" w:type="dxa"/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Pr="00285076" w:rsidRDefault="00C03B18">
            <w:pPr>
              <w:spacing w:after="0"/>
              <w:rPr>
                <w:lang w:val="it-IT"/>
              </w:rPr>
            </w:pPr>
            <w:r w:rsidRPr="00285076">
              <w:rPr>
                <w:rFonts w:ascii="Arial" w:hAnsi="Arial"/>
                <w:b/>
                <w:color w:val="1B365D"/>
                <w:sz w:val="19"/>
                <w:lang w:val="it-IT"/>
              </w:rPr>
              <w:t>Elusione Obbligo Scolastico (Art. 2.2):</w:t>
            </w:r>
            <w:r w:rsidRPr="00285076">
              <w:rPr>
                <w:rFonts w:ascii="Arial" w:hAnsi="Arial"/>
                <w:b/>
                <w:color w:val="1B365D"/>
                <w:sz w:val="19"/>
                <w:lang w:val="it-IT"/>
              </w:rPr>
              <w:br/>
              <w:t>(&gt; 15 giorni assenza non giustificata in 3 mesi)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Pr="00285076" w:rsidRDefault="00C03B18">
            <w:pPr>
              <w:spacing w:after="0"/>
              <w:rPr>
                <w:lang w:val="it-IT"/>
              </w:rPr>
            </w:pPr>
            <w:r w:rsidRPr="00285076">
              <w:rPr>
                <w:rFonts w:ascii="Arial" w:hAnsi="Arial"/>
                <w:color w:val="282828"/>
                <w:sz w:val="19"/>
                <w:lang w:val="it-IT"/>
              </w:rPr>
              <w:t>[  ]  SÌ, si segnala elusione dell'obbligo con oltre 15 giorni di assenza non giustificata nell'arco di tre mesi.</w:t>
            </w:r>
          </w:p>
        </w:tc>
      </w:tr>
      <w:tr w:rsidR="00EA3410" w:rsidRPr="00285076">
        <w:trPr>
          <w:jc w:val="center"/>
        </w:trPr>
        <w:tc>
          <w:tcPr>
            <w:tcW w:w="3312" w:type="dxa"/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b/>
                <w:color w:val="1B365D"/>
                <w:sz w:val="19"/>
              </w:rPr>
              <w:lastRenderedPageBreak/>
              <w:t>Rischio Validità Anno Scolastico: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A3410" w:rsidRPr="00285076" w:rsidRDefault="00C03B18">
            <w:pPr>
              <w:spacing w:after="0"/>
              <w:rPr>
                <w:lang w:val="it-IT"/>
              </w:rPr>
            </w:pPr>
            <w:r w:rsidRPr="00285076">
              <w:rPr>
                <w:rFonts w:ascii="Arial" w:hAnsi="Arial"/>
                <w:color w:val="282828"/>
                <w:sz w:val="19"/>
                <w:lang w:val="it-IT"/>
              </w:rPr>
              <w:t>[  ]  SÌ, il monte ore di assenza pregiudica il raggiungimento del limite minimo per la validità dell'anno.</w:t>
            </w:r>
          </w:p>
        </w:tc>
      </w:tr>
    </w:tbl>
    <w:p w:rsidR="00EA3410" w:rsidRPr="00285076" w:rsidRDefault="00C03B18">
      <w:pPr>
        <w:keepNext/>
        <w:spacing w:before="280" w:after="120"/>
        <w:rPr>
          <w:lang w:val="it-IT"/>
        </w:rPr>
      </w:pPr>
      <w:r w:rsidRPr="00285076">
        <w:rPr>
          <w:rFonts w:ascii="Arial" w:hAnsi="Arial"/>
          <w:b/>
          <w:color w:val="1B365D"/>
          <w:lang w:val="it-IT"/>
        </w:rPr>
        <w:t>4. INTERVENTI PREGRESSI E CONTATTI CON LA FAMIGLIA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3600"/>
        <w:gridCol w:w="4032"/>
      </w:tblGrid>
      <w:tr w:rsidR="00EA3410" w:rsidRPr="00285076">
        <w:trPr>
          <w:jc w:val="center"/>
        </w:trPr>
        <w:tc>
          <w:tcPr>
            <w:tcW w:w="3312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10" w:rsidRDefault="00C03B18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Data Intervento</w:t>
            </w:r>
          </w:p>
        </w:tc>
        <w:tc>
          <w:tcPr>
            <w:tcW w:w="3312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10" w:rsidRPr="00285076" w:rsidRDefault="00C03B18">
            <w:pPr>
              <w:spacing w:after="0"/>
              <w:jc w:val="center"/>
              <w:rPr>
                <w:lang w:val="it-IT"/>
              </w:rPr>
            </w:pPr>
            <w:r w:rsidRPr="00285076">
              <w:rPr>
                <w:rFonts w:ascii="Arial" w:hAnsi="Arial"/>
                <w:b/>
                <w:color w:val="FFFFFF"/>
                <w:sz w:val="19"/>
                <w:lang w:val="it-IT"/>
              </w:rPr>
              <w:t>Modalità di Contatto (Telefonata, Colloquio, Fonogramma, Lettera)</w:t>
            </w:r>
          </w:p>
        </w:tc>
        <w:tc>
          <w:tcPr>
            <w:tcW w:w="3312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10" w:rsidRPr="00285076" w:rsidRDefault="00C03B18">
            <w:pPr>
              <w:spacing w:after="0"/>
              <w:jc w:val="center"/>
              <w:rPr>
                <w:lang w:val="it-IT"/>
              </w:rPr>
            </w:pPr>
            <w:r w:rsidRPr="00285076">
              <w:rPr>
                <w:rFonts w:ascii="Arial" w:hAnsi="Arial"/>
                <w:b/>
                <w:color w:val="FFFFFF"/>
                <w:sz w:val="19"/>
                <w:lang w:val="it-IT"/>
              </w:rPr>
              <w:t>Esito del Contatto e Note</w:t>
            </w:r>
          </w:p>
        </w:tc>
      </w:tr>
      <w:tr w:rsidR="00EA3410">
        <w:trPr>
          <w:jc w:val="center"/>
        </w:trPr>
        <w:tc>
          <w:tcPr>
            <w:tcW w:w="216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i/>
                <w:color w:val="787878"/>
                <w:sz w:val="18"/>
              </w:rPr>
              <w:t>[ Inserire data / esito / note ]</w:t>
            </w:r>
          </w:p>
        </w:tc>
        <w:tc>
          <w:tcPr>
            <w:tcW w:w="36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i/>
                <w:color w:val="787878"/>
                <w:sz w:val="18"/>
              </w:rPr>
              <w:t>[ Inserire data / esito / note ]</w:t>
            </w:r>
          </w:p>
        </w:tc>
        <w:tc>
          <w:tcPr>
            <w:tcW w:w="4032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i/>
                <w:color w:val="787878"/>
                <w:sz w:val="18"/>
              </w:rPr>
              <w:t>[ Inserire data / esito / note ]</w:t>
            </w:r>
          </w:p>
        </w:tc>
      </w:tr>
      <w:tr w:rsidR="00EA3410">
        <w:trPr>
          <w:jc w:val="center"/>
        </w:trPr>
        <w:tc>
          <w:tcPr>
            <w:tcW w:w="216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i/>
                <w:color w:val="787878"/>
                <w:sz w:val="18"/>
              </w:rPr>
              <w:t>[ Inserire data / esito / note ]</w:t>
            </w:r>
          </w:p>
        </w:tc>
        <w:tc>
          <w:tcPr>
            <w:tcW w:w="36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i/>
                <w:color w:val="787878"/>
                <w:sz w:val="18"/>
              </w:rPr>
              <w:t>[ Inserire data / esito / note ]</w:t>
            </w:r>
          </w:p>
        </w:tc>
        <w:tc>
          <w:tcPr>
            <w:tcW w:w="4032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i/>
                <w:color w:val="787878"/>
                <w:sz w:val="18"/>
              </w:rPr>
              <w:t>[ Inserire data / esito / note ]</w:t>
            </w:r>
          </w:p>
        </w:tc>
      </w:tr>
      <w:tr w:rsidR="00EA3410">
        <w:trPr>
          <w:jc w:val="center"/>
        </w:trPr>
        <w:tc>
          <w:tcPr>
            <w:tcW w:w="216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i/>
                <w:color w:val="787878"/>
                <w:sz w:val="18"/>
              </w:rPr>
              <w:t>[ Inserire data / esito / note ]</w:t>
            </w:r>
          </w:p>
        </w:tc>
        <w:tc>
          <w:tcPr>
            <w:tcW w:w="36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i/>
                <w:color w:val="787878"/>
                <w:sz w:val="18"/>
              </w:rPr>
              <w:t>[ Inserire data / esito / note ]</w:t>
            </w:r>
          </w:p>
        </w:tc>
        <w:tc>
          <w:tcPr>
            <w:tcW w:w="4032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EA3410" w:rsidRDefault="00C03B18">
            <w:pPr>
              <w:spacing w:after="0"/>
            </w:pPr>
            <w:r>
              <w:rPr>
                <w:rFonts w:ascii="Arial" w:hAnsi="Arial"/>
                <w:i/>
                <w:color w:val="787878"/>
                <w:sz w:val="18"/>
              </w:rPr>
              <w:t>[ Inserire data / esito / note ]</w:t>
            </w:r>
          </w:p>
        </w:tc>
      </w:tr>
    </w:tbl>
    <w:p w:rsidR="00EA3410" w:rsidRPr="00285076" w:rsidRDefault="00C03B18">
      <w:pPr>
        <w:keepNext/>
        <w:spacing w:before="280" w:after="120"/>
        <w:rPr>
          <w:lang w:val="it-IT"/>
        </w:rPr>
      </w:pPr>
      <w:r w:rsidRPr="00285076">
        <w:rPr>
          <w:rFonts w:ascii="Arial" w:hAnsi="Arial"/>
          <w:b/>
          <w:color w:val="1B365D"/>
          <w:lang w:val="it-IT"/>
        </w:rPr>
        <w:t>5. OSSERVAZIONI DIDATTICO-PEDAGOGICHE ED EVENTUALI NOTE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9792"/>
      </w:tblGrid>
      <w:tr w:rsidR="00EA3410" w:rsidRPr="00285076">
        <w:trPr>
          <w:jc w:val="center"/>
        </w:trPr>
        <w:tc>
          <w:tcPr>
            <w:tcW w:w="979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A3410" w:rsidRPr="00285076" w:rsidRDefault="00C03B18">
            <w:pPr>
              <w:spacing w:after="0" w:line="300" w:lineRule="auto"/>
              <w:rPr>
                <w:lang w:val="it-IT"/>
              </w:rPr>
            </w:pPr>
            <w:r w:rsidRPr="00285076">
              <w:rPr>
                <w:rFonts w:ascii="Arial" w:hAnsi="Arial"/>
                <w:color w:val="282828"/>
                <w:sz w:val="19"/>
                <w:lang w:val="it-IT"/>
              </w:rPr>
              <w:t>Sintesi del contesto socio-educativo, atteggiamento verso la frequenza, eventuali segnali di disagio, interventi di recupero pedagogico programmati o proposti dal Consiglio di Classe:</w:t>
            </w:r>
            <w:r w:rsidRPr="00285076">
              <w:rPr>
                <w:rFonts w:ascii="Arial" w:hAnsi="Arial"/>
                <w:color w:val="282828"/>
                <w:sz w:val="19"/>
                <w:lang w:val="it-IT"/>
              </w:rPr>
              <w:br/>
            </w:r>
            <w:r w:rsidRPr="00285076">
              <w:rPr>
                <w:rFonts w:ascii="Arial" w:hAnsi="Arial"/>
                <w:color w:val="282828"/>
                <w:sz w:val="19"/>
                <w:lang w:val="it-IT"/>
              </w:rPr>
              <w:br/>
              <w:t>___________________________________________________________________________________________________</w:t>
            </w:r>
            <w:r w:rsidRPr="00285076">
              <w:rPr>
                <w:rFonts w:ascii="Arial" w:hAnsi="Arial"/>
                <w:color w:val="282828"/>
                <w:sz w:val="19"/>
                <w:lang w:val="it-IT"/>
              </w:rPr>
              <w:br/>
            </w:r>
            <w:r w:rsidRPr="00285076">
              <w:rPr>
                <w:rFonts w:ascii="Arial" w:hAnsi="Arial"/>
                <w:color w:val="282828"/>
                <w:sz w:val="19"/>
                <w:lang w:val="it-IT"/>
              </w:rPr>
              <w:br/>
              <w:t>___________________________________________________________________________________________________</w:t>
            </w:r>
            <w:r w:rsidRPr="00285076">
              <w:rPr>
                <w:rFonts w:ascii="Arial" w:hAnsi="Arial"/>
                <w:color w:val="282828"/>
                <w:sz w:val="19"/>
                <w:lang w:val="it-IT"/>
              </w:rPr>
              <w:br/>
            </w:r>
            <w:r w:rsidRPr="00285076">
              <w:rPr>
                <w:rFonts w:ascii="Arial" w:hAnsi="Arial"/>
                <w:color w:val="282828"/>
                <w:sz w:val="19"/>
                <w:lang w:val="it-IT"/>
              </w:rPr>
              <w:br/>
              <w:t>___________________________________________________________________________________________________</w:t>
            </w:r>
          </w:p>
        </w:tc>
      </w:tr>
    </w:tbl>
    <w:p w:rsidR="00EA3410" w:rsidRPr="00285076" w:rsidRDefault="00EA3410">
      <w:pPr>
        <w:spacing w:before="32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EA3410" w:rsidRPr="00285076">
        <w:trPr>
          <w:jc w:val="center"/>
        </w:trPr>
        <w:tc>
          <w:tcPr>
            <w:tcW w:w="4896" w:type="dxa"/>
          </w:tcPr>
          <w:p w:rsidR="00EA3410" w:rsidRPr="00285076" w:rsidRDefault="00C03B18">
            <w:pPr>
              <w:spacing w:after="0"/>
              <w:rPr>
                <w:lang w:val="it-IT"/>
              </w:rPr>
            </w:pPr>
            <w:r w:rsidRPr="00285076">
              <w:rPr>
                <w:rFonts w:ascii="Arial" w:hAnsi="Arial"/>
                <w:color w:val="282828"/>
                <w:sz w:val="19"/>
                <w:lang w:val="it-IT"/>
              </w:rPr>
              <w:t>Data: ____/____/202...</w:t>
            </w:r>
            <w:r w:rsidRPr="00285076">
              <w:rPr>
                <w:rFonts w:ascii="Arial" w:hAnsi="Arial"/>
                <w:color w:val="282828"/>
                <w:sz w:val="19"/>
                <w:lang w:val="it-IT"/>
              </w:rPr>
              <w:br/>
            </w:r>
            <w:r w:rsidRPr="00285076">
              <w:rPr>
                <w:rFonts w:ascii="Arial" w:hAnsi="Arial"/>
                <w:color w:val="282828"/>
                <w:sz w:val="19"/>
                <w:lang w:val="it-IT"/>
              </w:rPr>
              <w:br/>
              <w:t>Trasf. a Segreteria Didattica e FS Area 3</w:t>
            </w:r>
          </w:p>
        </w:tc>
        <w:tc>
          <w:tcPr>
            <w:tcW w:w="4896" w:type="dxa"/>
          </w:tcPr>
          <w:p w:rsidR="00EA3410" w:rsidRPr="00285076" w:rsidRDefault="00C03B18">
            <w:pPr>
              <w:spacing w:after="0"/>
              <w:jc w:val="right"/>
              <w:rPr>
                <w:lang w:val="it-IT"/>
              </w:rPr>
            </w:pPr>
            <w:r w:rsidRPr="00285076">
              <w:rPr>
                <w:rFonts w:ascii="Arial" w:hAnsi="Arial"/>
                <w:b/>
                <w:color w:val="1B365D"/>
                <w:sz w:val="19"/>
                <w:lang w:val="it-IT"/>
              </w:rPr>
              <w:t>Il Docente Coordinatore di Classe</w:t>
            </w:r>
            <w:r w:rsidRPr="00285076">
              <w:rPr>
                <w:rFonts w:ascii="Arial" w:hAnsi="Arial"/>
                <w:b/>
                <w:color w:val="1B365D"/>
                <w:sz w:val="19"/>
                <w:lang w:val="it-IT"/>
              </w:rPr>
              <w:br/>
            </w:r>
            <w:r w:rsidRPr="00285076">
              <w:rPr>
                <w:rFonts w:ascii="Arial" w:hAnsi="Arial"/>
                <w:b/>
                <w:color w:val="1B365D"/>
                <w:sz w:val="19"/>
                <w:lang w:val="it-IT"/>
              </w:rPr>
              <w:br/>
              <w:t>____________________________________</w:t>
            </w:r>
          </w:p>
        </w:tc>
      </w:tr>
      <w:tr w:rsidR="00EA3410" w:rsidRPr="00285076">
        <w:trPr>
          <w:jc w:val="center"/>
        </w:trPr>
        <w:tc>
          <w:tcPr>
            <w:tcW w:w="4968" w:type="dxa"/>
          </w:tcPr>
          <w:p w:rsidR="00EA3410" w:rsidRPr="00285076" w:rsidRDefault="00EA3410">
            <w:pPr>
              <w:rPr>
                <w:lang w:val="it-IT"/>
              </w:rPr>
            </w:pPr>
          </w:p>
        </w:tc>
        <w:tc>
          <w:tcPr>
            <w:tcW w:w="4968" w:type="dxa"/>
          </w:tcPr>
          <w:p w:rsidR="00EA3410" w:rsidRPr="00285076" w:rsidRDefault="00EA3410">
            <w:pPr>
              <w:rPr>
                <w:lang w:val="it-IT"/>
              </w:rPr>
            </w:pPr>
          </w:p>
        </w:tc>
      </w:tr>
    </w:tbl>
    <w:p w:rsidR="00C03B18" w:rsidRPr="00285076" w:rsidRDefault="00C03B18">
      <w:pPr>
        <w:rPr>
          <w:lang w:val="it-IT"/>
        </w:rPr>
      </w:pPr>
    </w:p>
    <w:sectPr w:rsidR="00C03B18" w:rsidRPr="00285076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85076"/>
    <w:rsid w:val="0029639D"/>
    <w:rsid w:val="00326F90"/>
    <w:rsid w:val="00677C10"/>
    <w:rsid w:val="00AA1D8D"/>
    <w:rsid w:val="00B47730"/>
    <w:rsid w:val="00C03B18"/>
    <w:rsid w:val="00CB0664"/>
    <w:rsid w:val="00EA34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E4373F2-9103-41E0-96AE-CD074C91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4CCD54-6D51-4611-BFD2-93E963C0C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 Windows</cp:lastModifiedBy>
  <cp:revision>2</cp:revision>
  <dcterms:created xsi:type="dcterms:W3CDTF">2026-10-29T15:07:00Z</dcterms:created>
  <dcterms:modified xsi:type="dcterms:W3CDTF">2026-10-29T15:07:00Z</dcterms:modified>
  <cp:category/>
</cp:coreProperties>
</file>