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781" w:rsidRDefault="000954F8">
      <w:pPr>
        <w:spacing w:after="20"/>
        <w:jc w:val="center"/>
      </w:pPr>
      <w:r>
        <w:rPr>
          <w:b/>
          <w:sz w:val="20"/>
        </w:rPr>
        <w:t>ISTITUTO COMPRENSIVO STATALE “DON MILANI - LINGUITI”</w:t>
      </w:r>
    </w:p>
    <w:p w:rsidR="00284781" w:rsidRDefault="000954F8">
      <w:pPr>
        <w:spacing w:after="20"/>
        <w:jc w:val="center"/>
      </w:pPr>
      <w:r>
        <w:rPr>
          <w:sz w:val="18"/>
        </w:rPr>
        <w:t>Via Beneventano, 8 – 84095 Giffoni Valle Piana (Sa)</w:t>
      </w:r>
    </w:p>
    <w:p w:rsidR="00284781" w:rsidRDefault="000954F8">
      <w:pPr>
        <w:spacing w:after="20"/>
        <w:jc w:val="center"/>
      </w:pPr>
      <w:r>
        <w:rPr>
          <w:sz w:val="18"/>
        </w:rPr>
        <w:t>Segreteria Tel/Fax: 089 868360 – 089 865578 - C.M. SAIC857007 - C.F. 80025860653</w:t>
      </w:r>
    </w:p>
    <w:p w:rsidR="00284781" w:rsidRDefault="000954F8">
      <w:pPr>
        <w:spacing w:after="20"/>
        <w:jc w:val="center"/>
      </w:pPr>
      <w:r>
        <w:rPr>
          <w:sz w:val="18"/>
        </w:rPr>
        <w:t>saic857007@istruzione.it - saic857007@pec.istruzione.it</w:t>
      </w:r>
    </w:p>
    <w:p w:rsidR="00284781" w:rsidRPr="00BC26A7" w:rsidRDefault="000954F8" w:rsidP="00BC26A7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 xml:space="preserve">Oggetto: </w:t>
      </w:r>
      <w:r w:rsidRPr="00BC26A7">
        <w:rPr>
          <w:rFonts w:ascii="Verdana" w:hAnsi="Verdana"/>
          <w:b/>
          <w:sz w:val="20"/>
          <w:szCs w:val="20"/>
        </w:rPr>
        <w:t>DOMANDA DI PARTECIPAZIONE SELEZIONE PERSONALE DOCENTE PER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b/>
          <w:sz w:val="20"/>
          <w:szCs w:val="20"/>
        </w:rPr>
        <w:t>MOBILITÀ</w:t>
      </w:r>
      <w:r w:rsidR="00BC26A7" w:rsidRPr="00BC26A7">
        <w:rPr>
          <w:rFonts w:ascii="Verdana" w:hAnsi="Verdana"/>
          <w:b/>
          <w:sz w:val="20"/>
          <w:szCs w:val="20"/>
        </w:rPr>
        <w:t xml:space="preserve"> </w:t>
      </w:r>
      <w:r w:rsidRPr="00BC26A7">
        <w:rPr>
          <w:rFonts w:ascii="Verdana" w:hAnsi="Verdana"/>
          <w:b/>
          <w:sz w:val="20"/>
          <w:szCs w:val="20"/>
        </w:rPr>
        <w:t>ERASMUS+</w:t>
      </w:r>
      <w:r w:rsidR="00BC26A7" w:rsidRPr="00BC26A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b/>
          <w:sz w:val="20"/>
          <w:szCs w:val="20"/>
        </w:rPr>
        <w:t>Consorzio</w:t>
      </w:r>
      <w:proofErr w:type="spellEnd"/>
      <w:r w:rsidR="00BC26A7" w:rsidRPr="00BC26A7">
        <w:rPr>
          <w:rFonts w:ascii="Verdana" w:hAnsi="Verdana"/>
          <w:b/>
          <w:sz w:val="20"/>
          <w:szCs w:val="20"/>
        </w:rPr>
        <w:t xml:space="preserve"> </w:t>
      </w:r>
      <w:r w:rsidRPr="00BC26A7">
        <w:rPr>
          <w:rFonts w:ascii="Verdana" w:hAnsi="Verdana"/>
          <w:b/>
          <w:sz w:val="20"/>
          <w:szCs w:val="20"/>
        </w:rPr>
        <w:t>Rete</w:t>
      </w:r>
      <w:r w:rsidR="00BC26A7" w:rsidRPr="00BC26A7">
        <w:rPr>
          <w:rFonts w:ascii="Verdana" w:hAnsi="Verdana"/>
          <w:b/>
          <w:sz w:val="20"/>
          <w:szCs w:val="20"/>
        </w:rPr>
        <w:t xml:space="preserve"> </w:t>
      </w:r>
      <w:r w:rsidRPr="00BC26A7">
        <w:rPr>
          <w:rFonts w:ascii="Verdana" w:hAnsi="Verdana"/>
          <w:b/>
          <w:sz w:val="20"/>
          <w:szCs w:val="20"/>
        </w:rPr>
        <w:t>di</w:t>
      </w:r>
      <w:r w:rsidR="00BC26A7" w:rsidRPr="00BC26A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b/>
          <w:sz w:val="20"/>
          <w:szCs w:val="20"/>
        </w:rPr>
        <w:t>Scuole</w:t>
      </w:r>
      <w:proofErr w:type="spellEnd"/>
      <w:r w:rsidR="00BC26A7" w:rsidRPr="00BC26A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b/>
          <w:sz w:val="20"/>
          <w:szCs w:val="20"/>
        </w:rPr>
        <w:t>Senza</w:t>
      </w:r>
      <w:proofErr w:type="spellEnd"/>
      <w:r w:rsidR="00BC26A7" w:rsidRPr="00BC26A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b/>
          <w:sz w:val="20"/>
          <w:szCs w:val="20"/>
        </w:rPr>
        <w:t>Zaino</w:t>
      </w:r>
      <w:proofErr w:type="spellEnd"/>
      <w:r w:rsidRPr="00BC26A7">
        <w:rPr>
          <w:rFonts w:ascii="Verdana" w:hAnsi="Verdana"/>
          <w:b/>
          <w:sz w:val="20"/>
          <w:szCs w:val="20"/>
        </w:rPr>
        <w:t xml:space="preserve"> 2026/27</w:t>
      </w:r>
    </w:p>
    <w:p w:rsidR="00284781" w:rsidRPr="00BC26A7" w:rsidRDefault="000954F8" w:rsidP="00BC26A7">
      <w:pPr>
        <w:spacing w:after="60" w:line="252" w:lineRule="auto"/>
        <w:jc w:val="both"/>
        <w:rPr>
          <w:rFonts w:ascii="Verdana" w:hAnsi="Verdana"/>
          <w:b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 xml:space="preserve">Progetto 2026-1-IT02-KA121-SCH-000420798 </w:t>
      </w:r>
      <w:proofErr w:type="gramStart"/>
      <w:r w:rsidRPr="00BC26A7">
        <w:rPr>
          <w:rFonts w:ascii="Verdana" w:hAnsi="Verdana"/>
          <w:b/>
          <w:sz w:val="20"/>
          <w:szCs w:val="20"/>
        </w:rPr>
        <w:t>-  CUP</w:t>
      </w:r>
      <w:proofErr w:type="gramEnd"/>
      <w:r w:rsidRPr="00BC26A7">
        <w:rPr>
          <w:rFonts w:ascii="Verdana" w:hAnsi="Verdana"/>
          <w:b/>
          <w:sz w:val="20"/>
          <w:szCs w:val="20"/>
        </w:rPr>
        <w:t>: C14C26000020006</w:t>
      </w:r>
    </w:p>
    <w:p w:rsidR="00BC26A7" w:rsidRDefault="00BC26A7" w:rsidP="00BC26A7">
      <w:pPr>
        <w:spacing w:after="60" w:line="252" w:lineRule="auto"/>
        <w:jc w:val="right"/>
        <w:rPr>
          <w:rFonts w:ascii="Verdana" w:hAnsi="Verdana"/>
          <w:sz w:val="20"/>
          <w:szCs w:val="20"/>
        </w:rPr>
      </w:pPr>
    </w:p>
    <w:p w:rsidR="00284781" w:rsidRPr="00BC26A7" w:rsidRDefault="000954F8" w:rsidP="00BC26A7">
      <w:pPr>
        <w:spacing w:after="60" w:line="252" w:lineRule="auto"/>
        <w:jc w:val="right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Al </w:t>
      </w:r>
      <w:proofErr w:type="spellStart"/>
      <w:r w:rsidRPr="00BC26A7">
        <w:rPr>
          <w:rFonts w:ascii="Verdana" w:hAnsi="Verdana"/>
          <w:sz w:val="20"/>
          <w:szCs w:val="20"/>
        </w:rPr>
        <w:t>Dirigente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Scolastico</w:t>
      </w:r>
      <w:proofErr w:type="spellEnd"/>
    </w:p>
    <w:p w:rsidR="00284781" w:rsidRPr="00BC26A7" w:rsidRDefault="000954F8" w:rsidP="00BC26A7">
      <w:pPr>
        <w:spacing w:after="60" w:line="252" w:lineRule="auto"/>
        <w:jc w:val="right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Prof.ssa Daniela RUFFOLO</w:t>
      </w:r>
    </w:p>
    <w:p w:rsidR="00BC26A7" w:rsidRPr="00BC26A7" w:rsidRDefault="00BC26A7">
      <w:pPr>
        <w:spacing w:after="60" w:line="252" w:lineRule="auto"/>
        <w:rPr>
          <w:rFonts w:ascii="Verdana" w:hAnsi="Verdana"/>
          <w:sz w:val="20"/>
          <w:szCs w:val="20"/>
        </w:rPr>
      </w:pP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Il/La </w:t>
      </w:r>
      <w:proofErr w:type="spellStart"/>
      <w:r w:rsidRPr="00BC26A7">
        <w:rPr>
          <w:rFonts w:ascii="Verdana" w:hAnsi="Verdana"/>
          <w:sz w:val="20"/>
          <w:szCs w:val="20"/>
        </w:rPr>
        <w:t>sottoscritto</w:t>
      </w:r>
      <w:proofErr w:type="spellEnd"/>
      <w:r w:rsidRPr="00BC26A7">
        <w:rPr>
          <w:rFonts w:ascii="Verdana" w:hAnsi="Verdana"/>
          <w:sz w:val="20"/>
          <w:szCs w:val="20"/>
        </w:rPr>
        <w:t>/a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gramStart"/>
      <w:r w:rsidR="00BC26A7" w:rsidRPr="00BC26A7">
        <w:rPr>
          <w:rFonts w:ascii="Verdana" w:hAnsi="Verdana"/>
          <w:sz w:val="20"/>
          <w:szCs w:val="20"/>
        </w:rPr>
        <w:t>………………………………………</w:t>
      </w:r>
      <w:r w:rsidRPr="00BC26A7">
        <w:rPr>
          <w:rFonts w:ascii="Verdana" w:hAnsi="Verdana"/>
          <w:sz w:val="20"/>
          <w:szCs w:val="20"/>
        </w:rPr>
        <w:t>,</w:t>
      </w:r>
      <w:proofErr w:type="gramEnd"/>
      <w:r w:rsidRPr="00BC26A7">
        <w:rPr>
          <w:rFonts w:ascii="Verdana" w:hAnsi="Verdana"/>
          <w:sz w:val="20"/>
          <w:szCs w:val="20"/>
        </w:rPr>
        <w:t xml:space="preserve"> in </w:t>
      </w:r>
      <w:proofErr w:type="spellStart"/>
      <w:r w:rsidRPr="00BC26A7">
        <w:rPr>
          <w:rFonts w:ascii="Verdana" w:hAnsi="Verdana"/>
          <w:sz w:val="20"/>
          <w:szCs w:val="20"/>
        </w:rPr>
        <w:t>servizio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presso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 xml:space="preserve">I.C. “Don </w:t>
      </w:r>
      <w:proofErr w:type="spellStart"/>
      <w:r w:rsidRPr="00BC26A7">
        <w:rPr>
          <w:rFonts w:ascii="Verdana" w:hAnsi="Verdana"/>
          <w:sz w:val="20"/>
          <w:szCs w:val="20"/>
        </w:rPr>
        <w:t>Milani</w:t>
      </w:r>
      <w:proofErr w:type="spellEnd"/>
      <w:r w:rsidRPr="00BC26A7">
        <w:rPr>
          <w:rFonts w:ascii="Verdana" w:hAnsi="Verdana"/>
          <w:sz w:val="20"/>
          <w:szCs w:val="20"/>
        </w:rPr>
        <w:t xml:space="preserve"> - Linguiti”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proofErr w:type="gramStart"/>
      <w:r w:rsidRPr="00BC26A7">
        <w:rPr>
          <w:rFonts w:ascii="Verdana" w:hAnsi="Verdana"/>
          <w:sz w:val="20"/>
          <w:szCs w:val="20"/>
        </w:rPr>
        <w:t>email</w:t>
      </w:r>
      <w:proofErr w:type="gram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BC26A7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 xml:space="preserve"> </w:t>
      </w:r>
      <w:proofErr w:type="gramStart"/>
      <w:r w:rsidR="000954F8" w:rsidRPr="00BC26A7">
        <w:rPr>
          <w:rFonts w:ascii="Verdana" w:hAnsi="Verdana"/>
          <w:sz w:val="20"/>
          <w:szCs w:val="20"/>
        </w:rPr>
        <w:t>di</w:t>
      </w:r>
      <w:proofErr w:type="gramEnd"/>
      <w:r w:rsidR="000954F8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="000954F8" w:rsidRPr="00BC26A7">
        <w:rPr>
          <w:rFonts w:ascii="Verdana" w:hAnsi="Verdana"/>
          <w:sz w:val="20"/>
          <w:szCs w:val="20"/>
        </w:rPr>
        <w:t>essere</w:t>
      </w:r>
      <w:proofErr w:type="spellEnd"/>
      <w:r w:rsidR="000954F8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="000954F8" w:rsidRPr="00BC26A7">
        <w:rPr>
          <w:rFonts w:ascii="Verdana" w:hAnsi="Verdana"/>
          <w:sz w:val="20"/>
          <w:szCs w:val="20"/>
        </w:rPr>
        <w:t>ammesso</w:t>
      </w:r>
      <w:proofErr w:type="spellEnd"/>
      <w:r w:rsidR="000954F8" w:rsidRPr="00BC26A7">
        <w:rPr>
          <w:rFonts w:ascii="Verdana" w:hAnsi="Verdana"/>
          <w:sz w:val="20"/>
          <w:szCs w:val="20"/>
        </w:rPr>
        <w:t xml:space="preserve">/a </w:t>
      </w:r>
      <w:proofErr w:type="spellStart"/>
      <w:r w:rsidR="000954F8" w:rsidRPr="00BC26A7">
        <w:rPr>
          <w:rFonts w:ascii="Verdana" w:hAnsi="Verdana"/>
          <w:sz w:val="20"/>
          <w:szCs w:val="20"/>
        </w:rPr>
        <w:t>alla</w:t>
      </w:r>
      <w:proofErr w:type="spellEnd"/>
      <w:r w:rsidR="000954F8" w:rsidRPr="00BC26A7">
        <w:rPr>
          <w:rFonts w:ascii="Verdana" w:hAnsi="Verdana"/>
          <w:sz w:val="20"/>
          <w:szCs w:val="20"/>
        </w:rPr>
        <w:t xml:space="preserve"> procedura di selezione per la mobilità Erasmus+ del Consorzio Rete di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Scuole Senza Zaino.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SEZIONE A - DATI PROFESSIONALI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Ruolo ricoperto: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Docente scuola primaria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D</w:t>
      </w:r>
      <w:r w:rsidRPr="00BC26A7">
        <w:rPr>
          <w:rFonts w:ascii="Verdana" w:hAnsi="Verdana"/>
          <w:sz w:val="20"/>
          <w:szCs w:val="20"/>
        </w:rPr>
        <w:t>ocente scuola sec. I grado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Classe di concorso: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Tipo di contratto: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Tempo indeterminato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Tempo determinato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Anni di servizio complessivi: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Anni di servizio in classi Senza Zaino: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Scuola di servizio attuale: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SEZIONE B - REQUISITI DI AMMISSIONE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A </w:t>
      </w:r>
      <w:proofErr w:type="gramStart"/>
      <w:r w:rsidRPr="00BC26A7">
        <w:rPr>
          <w:rFonts w:ascii="Verdana" w:hAnsi="Verdana"/>
          <w:sz w:val="20"/>
          <w:szCs w:val="20"/>
        </w:rPr>
        <w:t>tal</w:t>
      </w:r>
      <w:proofErr w:type="gramEnd"/>
      <w:r w:rsidRPr="00BC26A7">
        <w:rPr>
          <w:rFonts w:ascii="Verdana" w:hAnsi="Verdana"/>
          <w:sz w:val="20"/>
          <w:szCs w:val="20"/>
        </w:rPr>
        <w:t xml:space="preserve"> fine, ai</w:t>
      </w:r>
      <w:r w:rsidRPr="00BC26A7">
        <w:rPr>
          <w:rFonts w:ascii="Verdana" w:hAnsi="Verdana"/>
          <w:sz w:val="20"/>
          <w:szCs w:val="20"/>
        </w:rPr>
        <w:t xml:space="preserve"> sensi degli artt. 46 e 47 </w:t>
      </w:r>
      <w:proofErr w:type="gramStart"/>
      <w:r w:rsidRPr="00BC26A7">
        <w:rPr>
          <w:rFonts w:ascii="Verdana" w:hAnsi="Verdana"/>
          <w:sz w:val="20"/>
          <w:szCs w:val="20"/>
        </w:rPr>
        <w:t>del</w:t>
      </w:r>
      <w:proofErr w:type="gramEnd"/>
      <w:r w:rsidRPr="00BC26A7">
        <w:rPr>
          <w:rFonts w:ascii="Verdana" w:hAnsi="Verdana"/>
          <w:sz w:val="20"/>
          <w:szCs w:val="20"/>
        </w:rPr>
        <w:t xml:space="preserve"> D.P.R. 445/2000, </w:t>
      </w:r>
      <w:proofErr w:type="spellStart"/>
      <w:r w:rsidRPr="00BC26A7">
        <w:rPr>
          <w:rFonts w:ascii="Verdana" w:hAnsi="Verdana"/>
          <w:sz w:val="20"/>
          <w:szCs w:val="20"/>
        </w:rPr>
        <w:t>consapevole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della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responsabilità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penale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prevista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dall'art</w:t>
      </w:r>
      <w:proofErr w:type="spellEnd"/>
      <w:r w:rsidRPr="00BC26A7">
        <w:rPr>
          <w:rFonts w:ascii="Verdana" w:hAnsi="Verdana"/>
          <w:sz w:val="20"/>
          <w:szCs w:val="20"/>
        </w:rPr>
        <w:t xml:space="preserve">. 76 </w:t>
      </w:r>
      <w:proofErr w:type="gramStart"/>
      <w:r w:rsidRPr="00BC26A7">
        <w:rPr>
          <w:rFonts w:ascii="Verdana" w:hAnsi="Verdana"/>
          <w:sz w:val="20"/>
          <w:szCs w:val="20"/>
        </w:rPr>
        <w:t>del</w:t>
      </w:r>
      <w:proofErr w:type="gramEnd"/>
      <w:r w:rsidRPr="00BC26A7">
        <w:rPr>
          <w:rFonts w:ascii="Verdana" w:hAnsi="Verdana"/>
          <w:sz w:val="20"/>
          <w:szCs w:val="20"/>
        </w:rPr>
        <w:t xml:space="preserve"> medesimo D.P.R. per le ipotesi di falsità in atti e dichiarazioni mendaci,</w:t>
      </w:r>
    </w:p>
    <w:p w:rsidR="00284781" w:rsidRPr="00BC26A7" w:rsidRDefault="000954F8" w:rsidP="00BC26A7">
      <w:pPr>
        <w:spacing w:before="140" w:after="60" w:line="252" w:lineRule="auto"/>
        <w:jc w:val="center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DICHIARA</w:t>
      </w:r>
    </w:p>
    <w:p w:rsidR="00284781" w:rsidRPr="00BC26A7" w:rsidRDefault="000954F8" w:rsidP="00BC26A7">
      <w:pPr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di </w:t>
      </w:r>
      <w:proofErr w:type="spellStart"/>
      <w:r w:rsidRPr="00BC26A7">
        <w:rPr>
          <w:rFonts w:ascii="Verdana" w:hAnsi="Verdana"/>
          <w:sz w:val="20"/>
          <w:szCs w:val="20"/>
        </w:rPr>
        <w:t>es</w:t>
      </w:r>
      <w:bookmarkStart w:id="0" w:name="_GoBack"/>
      <w:bookmarkEnd w:id="0"/>
      <w:r w:rsidRPr="00BC26A7">
        <w:rPr>
          <w:rFonts w:ascii="Verdana" w:hAnsi="Verdana"/>
          <w:sz w:val="20"/>
          <w:szCs w:val="20"/>
        </w:rPr>
        <w:t>sere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docente</w:t>
      </w:r>
      <w:proofErr w:type="spellEnd"/>
      <w:r w:rsidRPr="00BC26A7">
        <w:rPr>
          <w:rFonts w:ascii="Verdana" w:hAnsi="Verdana"/>
          <w:sz w:val="20"/>
          <w:szCs w:val="20"/>
        </w:rPr>
        <w:t xml:space="preserve"> a tempo indeterminato o determinato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</w:t>
      </w:r>
      <w:proofErr w:type="gramStart"/>
      <w:r w:rsidRPr="00BC26A7">
        <w:rPr>
          <w:rFonts w:ascii="Verdana" w:hAnsi="Verdana"/>
          <w:sz w:val="20"/>
          <w:szCs w:val="20"/>
        </w:rPr>
        <w:t>di</w:t>
      </w:r>
      <w:proofErr w:type="gramEnd"/>
      <w:r w:rsidRPr="00BC26A7">
        <w:rPr>
          <w:rFonts w:ascii="Verdana" w:hAnsi="Verdana"/>
          <w:sz w:val="20"/>
          <w:szCs w:val="20"/>
        </w:rPr>
        <w:t xml:space="preserve"> prestare servizio in classi Senza Zaino (nell'Istituto attuale o in altro Istituto)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</w:t>
      </w:r>
      <w:proofErr w:type="gramStart"/>
      <w:r w:rsidRPr="00BC26A7">
        <w:rPr>
          <w:rFonts w:ascii="Verdana" w:hAnsi="Verdana"/>
          <w:sz w:val="20"/>
          <w:szCs w:val="20"/>
        </w:rPr>
        <w:t>di</w:t>
      </w:r>
      <w:proofErr w:type="gramEnd"/>
      <w:r w:rsidRPr="00BC26A7">
        <w:rPr>
          <w:rFonts w:ascii="Verdana" w:hAnsi="Verdana"/>
          <w:sz w:val="20"/>
          <w:szCs w:val="20"/>
        </w:rPr>
        <w:t xml:space="preserve"> prestare servizio presso una scuola del Consorzio Rete di Scuole Senza Zaino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SEZIONE C - CRITERI DI VALUTAZIONE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C1 - CRITERI CHE GARANTISCONO AMPIA RICADUTA A LUN</w:t>
      </w:r>
      <w:r w:rsidRPr="00BC26A7">
        <w:rPr>
          <w:rFonts w:ascii="Verdana" w:hAnsi="Verdana"/>
          <w:b/>
          <w:sz w:val="20"/>
          <w:szCs w:val="20"/>
        </w:rPr>
        <w:t>GO TERMINE (MAX 40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Personale a tempo indeterminato che presta servizio in classi Senza Zaino da </w:t>
      </w:r>
      <w:proofErr w:type="spellStart"/>
      <w:r w:rsidRPr="00BC26A7">
        <w:rPr>
          <w:rFonts w:ascii="Verdana" w:hAnsi="Verdana"/>
          <w:sz w:val="20"/>
          <w:szCs w:val="20"/>
        </w:rPr>
        <w:t>almeno</w:t>
      </w:r>
      <w:proofErr w:type="spellEnd"/>
      <w:r w:rsidRPr="00BC26A7">
        <w:rPr>
          <w:rFonts w:ascii="Verdana" w:hAnsi="Verdana"/>
          <w:sz w:val="20"/>
          <w:szCs w:val="20"/>
        </w:rPr>
        <w:t xml:space="preserve"> 3 </w:t>
      </w:r>
      <w:proofErr w:type="spellStart"/>
      <w:r w:rsidRPr="00BC26A7">
        <w:rPr>
          <w:rFonts w:ascii="Verdana" w:hAnsi="Verdana"/>
          <w:sz w:val="20"/>
          <w:szCs w:val="20"/>
        </w:rPr>
        <w:t>anni</w:t>
      </w:r>
      <w:proofErr w:type="spellEnd"/>
      <w:r w:rsidRPr="00BC26A7">
        <w:rPr>
          <w:rFonts w:ascii="Verdana" w:hAnsi="Verdana"/>
          <w:sz w:val="20"/>
          <w:szCs w:val="20"/>
        </w:rPr>
        <w:t xml:space="preserve"> (5</w:t>
      </w:r>
      <w:r w:rsidRPr="00BC26A7">
        <w:rPr>
          <w:rFonts w:ascii="Verdana" w:hAnsi="Verdana"/>
          <w:sz w:val="20"/>
          <w:szCs w:val="20"/>
        </w:rPr>
        <w:t>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Docente che non ha avuto precedenti mobilità Erasmus+ (10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Personale impegnato nell'organizzazione dei progetti ERASMUS+ (7</w:t>
      </w:r>
      <w:proofErr w:type="gramStart"/>
      <w:r w:rsidRPr="00BC26A7">
        <w:rPr>
          <w:rFonts w:ascii="Verdana" w:hAnsi="Verdana"/>
          <w:sz w:val="20"/>
          <w:szCs w:val="20"/>
        </w:rPr>
        <w:t>,5</w:t>
      </w:r>
      <w:proofErr w:type="gramEnd"/>
      <w:r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pt) Specificare: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Figura di sistema (5 pt) - Specificare </w:t>
      </w:r>
      <w:proofErr w:type="gramStart"/>
      <w:r w:rsidRPr="00BC26A7">
        <w:rPr>
          <w:rFonts w:ascii="Verdana" w:hAnsi="Verdana"/>
          <w:sz w:val="20"/>
          <w:szCs w:val="20"/>
        </w:rPr>
        <w:t>il</w:t>
      </w:r>
      <w:proofErr w:type="gramEnd"/>
      <w:r w:rsidRPr="00BC26A7">
        <w:rPr>
          <w:rFonts w:ascii="Verdana" w:hAnsi="Verdana"/>
          <w:sz w:val="20"/>
          <w:szCs w:val="20"/>
        </w:rPr>
        <w:t xml:space="preserve"> ruolo: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BC26A7">
        <w:rPr>
          <w:rFonts w:ascii="Verdana" w:hAnsi="Verdana"/>
          <w:sz w:val="20"/>
          <w:szCs w:val="20"/>
        </w:rPr>
        <w:t xml:space="preserve"> Collaboratore </w:t>
      </w:r>
      <w:proofErr w:type="gramStart"/>
      <w:r w:rsidRPr="00BC26A7">
        <w:rPr>
          <w:rFonts w:ascii="Verdana" w:hAnsi="Verdana"/>
          <w:sz w:val="20"/>
          <w:szCs w:val="20"/>
        </w:rPr>
        <w:t>del</w:t>
      </w:r>
      <w:proofErr w:type="gramEnd"/>
      <w:r w:rsidRPr="00BC26A7">
        <w:rPr>
          <w:rFonts w:ascii="Verdana" w:hAnsi="Verdana"/>
          <w:sz w:val="20"/>
          <w:szCs w:val="20"/>
        </w:rPr>
        <w:t xml:space="preserve"> DS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Funzione Strumentale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Referente di area (specificare</w:t>
      </w:r>
      <w:proofErr w:type="gramStart"/>
      <w:r w:rsidRPr="00BC26A7">
        <w:rPr>
          <w:rFonts w:ascii="Verdana" w:hAnsi="Verdana"/>
          <w:sz w:val="20"/>
          <w:szCs w:val="20"/>
        </w:rPr>
        <w:t>) :</w:t>
      </w:r>
      <w:proofErr w:type="gramEnd"/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Disponibilità alla disseminazione in tutto il Consorzio (7</w:t>
      </w:r>
      <w:proofErr w:type="gramStart"/>
      <w:r w:rsidRPr="00BC26A7">
        <w:rPr>
          <w:rFonts w:ascii="Verdana" w:hAnsi="Verdana"/>
          <w:sz w:val="20"/>
          <w:szCs w:val="20"/>
        </w:rPr>
        <w:t>,5</w:t>
      </w:r>
      <w:proofErr w:type="gramEnd"/>
      <w:r w:rsidRPr="00BC26A7">
        <w:rPr>
          <w:rFonts w:ascii="Verdana" w:hAnsi="Verdana"/>
          <w:sz w:val="20"/>
          <w:szCs w:val="20"/>
        </w:rPr>
        <w:t xml:space="preserve">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Partecipazione a progetti e-Twinning </w:t>
      </w:r>
      <w:r w:rsidRPr="00BC26A7">
        <w:rPr>
          <w:rFonts w:ascii="Verdana" w:hAnsi="Verdana"/>
          <w:sz w:val="20"/>
          <w:szCs w:val="20"/>
        </w:rPr>
        <w:t>(2</w:t>
      </w:r>
      <w:proofErr w:type="gramStart"/>
      <w:r w:rsidRPr="00BC26A7">
        <w:rPr>
          <w:rFonts w:ascii="Verdana" w:hAnsi="Verdana"/>
          <w:sz w:val="20"/>
          <w:szCs w:val="20"/>
        </w:rPr>
        <w:t>,5</w:t>
      </w:r>
      <w:proofErr w:type="gramEnd"/>
      <w:r w:rsidRPr="00BC26A7">
        <w:rPr>
          <w:rFonts w:ascii="Verdana" w:hAnsi="Verdana"/>
          <w:sz w:val="20"/>
          <w:szCs w:val="20"/>
        </w:rPr>
        <w:t xml:space="preserve"> pt per progetto, max 5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Progetto 1: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Progetto 2: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C2 - CRITERI CHE GARANTISCONO IMPATTO MAGGIORE SULLA TEMATICA DEL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CONSORZIO (MAX 40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Referente/Formatore Senza </w:t>
      </w:r>
      <w:proofErr w:type="spellStart"/>
      <w:r w:rsidRPr="00BC26A7">
        <w:rPr>
          <w:rFonts w:ascii="Verdana" w:hAnsi="Verdana"/>
          <w:sz w:val="20"/>
          <w:szCs w:val="20"/>
        </w:rPr>
        <w:t>Zaino</w:t>
      </w:r>
      <w:proofErr w:type="spellEnd"/>
      <w:r w:rsidRPr="00BC26A7">
        <w:rPr>
          <w:rFonts w:ascii="Verdana" w:hAnsi="Verdana"/>
          <w:sz w:val="20"/>
          <w:szCs w:val="20"/>
        </w:rPr>
        <w:t xml:space="preserve"> (20 </w:t>
      </w:r>
      <w:proofErr w:type="spellStart"/>
      <w:r w:rsidRPr="00BC26A7">
        <w:rPr>
          <w:rFonts w:ascii="Verdana" w:hAnsi="Verdana"/>
          <w:sz w:val="20"/>
          <w:szCs w:val="20"/>
        </w:rPr>
        <w:t>pt</w:t>
      </w:r>
      <w:proofErr w:type="spellEnd"/>
      <w:r w:rsidRPr="00BC26A7">
        <w:rPr>
          <w:rFonts w:ascii="Verdana" w:hAnsi="Verdana"/>
          <w:sz w:val="20"/>
          <w:szCs w:val="20"/>
        </w:rPr>
        <w:t>) Dal</w:t>
      </w:r>
      <w:r w:rsidR="00BC26A7" w:rsidRPr="00BC26A7">
        <w:rPr>
          <w:rFonts w:ascii="Verdana" w:hAnsi="Verdana"/>
          <w:sz w:val="20"/>
          <w:szCs w:val="20"/>
        </w:rPr>
        <w:t xml:space="preserve">                          </w:t>
      </w:r>
      <w:r w:rsidRPr="00BC26A7">
        <w:rPr>
          <w:rFonts w:ascii="Verdana" w:hAnsi="Verdana"/>
          <w:sz w:val="20"/>
          <w:szCs w:val="20"/>
        </w:rPr>
        <w:t>al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Personale coinvolto in progetti/commissioni sull'innovazione </w:t>
      </w:r>
      <w:r w:rsidRPr="00BC26A7">
        <w:rPr>
          <w:rFonts w:ascii="Verdana" w:hAnsi="Verdana"/>
          <w:sz w:val="20"/>
          <w:szCs w:val="20"/>
        </w:rPr>
        <w:t xml:space="preserve">didattica </w:t>
      </w:r>
      <w:proofErr w:type="gramStart"/>
      <w:r w:rsidRPr="00BC26A7">
        <w:rPr>
          <w:rFonts w:ascii="Verdana" w:hAnsi="Verdana"/>
          <w:sz w:val="20"/>
          <w:szCs w:val="20"/>
        </w:rPr>
        <w:t>ed</w:t>
      </w:r>
      <w:proofErr w:type="gram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educativa</w:t>
      </w:r>
      <w:proofErr w:type="spellEnd"/>
      <w:r w:rsidRPr="00BC26A7">
        <w:rPr>
          <w:rFonts w:ascii="Verdana" w:hAnsi="Verdana"/>
          <w:sz w:val="20"/>
          <w:szCs w:val="20"/>
        </w:rPr>
        <w:t xml:space="preserve"> (1 </w:t>
      </w:r>
      <w:proofErr w:type="spellStart"/>
      <w:r w:rsidRPr="00BC26A7">
        <w:rPr>
          <w:rFonts w:ascii="Verdana" w:hAnsi="Verdana"/>
          <w:sz w:val="20"/>
          <w:szCs w:val="20"/>
        </w:rPr>
        <w:t>pt</w:t>
      </w:r>
      <w:proofErr w:type="spellEnd"/>
      <w:r w:rsidRPr="00BC26A7">
        <w:rPr>
          <w:rFonts w:ascii="Verdana" w:hAnsi="Verdana"/>
          <w:sz w:val="20"/>
          <w:szCs w:val="20"/>
        </w:rPr>
        <w:t xml:space="preserve"> per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incarico</w:t>
      </w:r>
      <w:proofErr w:type="spellEnd"/>
      <w:r w:rsidRPr="00BC26A7">
        <w:rPr>
          <w:rFonts w:ascii="Verdana" w:hAnsi="Verdana"/>
          <w:sz w:val="20"/>
          <w:szCs w:val="20"/>
        </w:rPr>
        <w:t xml:space="preserve">, max 5 </w:t>
      </w:r>
      <w:proofErr w:type="spellStart"/>
      <w:r w:rsidRPr="00BC26A7">
        <w:rPr>
          <w:rFonts w:ascii="Verdana" w:hAnsi="Verdana"/>
          <w:sz w:val="20"/>
          <w:szCs w:val="20"/>
        </w:rPr>
        <w:t>pt</w:t>
      </w:r>
      <w:proofErr w:type="spellEnd"/>
      <w:r w:rsidRPr="00BC26A7">
        <w:rPr>
          <w:rFonts w:ascii="Verdana" w:hAnsi="Verdana"/>
          <w:sz w:val="20"/>
          <w:szCs w:val="20"/>
        </w:rPr>
        <w:t>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1.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2.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3.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4.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5.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Personale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coinvolto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in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progetti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translanguaging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(5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pt</w:t>
      </w:r>
      <w:proofErr w:type="spellEnd"/>
      <w:r w:rsidRPr="00BC26A7">
        <w:rPr>
          <w:rFonts w:ascii="Verdana" w:hAnsi="Verdana"/>
          <w:sz w:val="20"/>
          <w:szCs w:val="20"/>
        </w:rPr>
        <w:t>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Specificare: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Disponibilità ad accogliere nelle proprie classi docenti esteri in visita (5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Certificazioni/attestati metodo</w:t>
      </w:r>
      <w:r w:rsidRPr="00BC26A7">
        <w:rPr>
          <w:rFonts w:ascii="Verdana" w:hAnsi="Verdana"/>
          <w:sz w:val="20"/>
          <w:szCs w:val="20"/>
        </w:rPr>
        <w:t xml:space="preserve">logia CLIL, apprendimento cooperativo, </w:t>
      </w:r>
      <w:proofErr w:type="spellStart"/>
      <w:r w:rsidRPr="00BC26A7">
        <w:rPr>
          <w:rFonts w:ascii="Verdana" w:hAnsi="Verdana"/>
          <w:sz w:val="20"/>
          <w:szCs w:val="20"/>
        </w:rPr>
        <w:t>benessere</w:t>
      </w:r>
      <w:proofErr w:type="spellEnd"/>
      <w:r w:rsidRPr="00BC26A7">
        <w:rPr>
          <w:rFonts w:ascii="Verdana" w:hAnsi="Verdana"/>
          <w:sz w:val="20"/>
          <w:szCs w:val="20"/>
        </w:rPr>
        <w:t xml:space="preserve"> (1 </w:t>
      </w:r>
      <w:proofErr w:type="spellStart"/>
      <w:r w:rsidRPr="00BC26A7">
        <w:rPr>
          <w:rFonts w:ascii="Verdana" w:hAnsi="Verdana"/>
          <w:sz w:val="20"/>
          <w:szCs w:val="20"/>
        </w:rPr>
        <w:t>pt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per</w:t>
      </w:r>
      <w:r w:rsidRPr="00BC26A7">
        <w:rPr>
          <w:rFonts w:ascii="Verdana" w:hAnsi="Verdana"/>
          <w:sz w:val="20"/>
          <w:szCs w:val="20"/>
        </w:rPr>
        <w:t>certificazione</w:t>
      </w:r>
      <w:proofErr w:type="spellEnd"/>
      <w:r w:rsidRPr="00BC26A7">
        <w:rPr>
          <w:rFonts w:ascii="Verdana" w:hAnsi="Verdana"/>
          <w:sz w:val="20"/>
          <w:szCs w:val="20"/>
        </w:rPr>
        <w:t xml:space="preserve">, max 5 </w:t>
      </w:r>
      <w:proofErr w:type="spellStart"/>
      <w:r w:rsidRPr="00BC26A7">
        <w:rPr>
          <w:rFonts w:ascii="Verdana" w:hAnsi="Verdana"/>
          <w:sz w:val="20"/>
          <w:szCs w:val="20"/>
        </w:rPr>
        <w:t>pt</w:t>
      </w:r>
      <w:proofErr w:type="spellEnd"/>
      <w:r w:rsidRPr="00BC26A7">
        <w:rPr>
          <w:rFonts w:ascii="Verdana" w:hAnsi="Verdana"/>
          <w:sz w:val="20"/>
          <w:szCs w:val="20"/>
        </w:rPr>
        <w:t>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1.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Ente</w:t>
      </w:r>
      <w:proofErr w:type="spell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2.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Ente</w:t>
      </w:r>
      <w:proofErr w:type="spell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3.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Ente</w:t>
      </w:r>
      <w:proofErr w:type="spell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4.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Ente</w:t>
      </w:r>
      <w:proofErr w:type="spell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proofErr w:type="gramStart"/>
      <w:r w:rsidRPr="00BC26A7">
        <w:rPr>
          <w:rFonts w:ascii="Verdana" w:hAnsi="Verdana"/>
          <w:sz w:val="20"/>
          <w:szCs w:val="20"/>
        </w:rPr>
        <w:t>5.</w:t>
      </w:r>
      <w:r w:rsidRPr="00BC26A7">
        <w:rPr>
          <w:rFonts w:ascii="Verdana" w:hAnsi="Verdana"/>
          <w:sz w:val="20"/>
          <w:szCs w:val="20"/>
        </w:rPr>
        <w:t>Ente</w:t>
      </w:r>
      <w:proofErr w:type="gram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C3 - CRITERI CHE GARANTISCONO MAGGIOR LIVELLO DI ACQUISIZIONE COMPETENZE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(MAX 20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Conoscenze linguistiche certificate (una </w:t>
      </w:r>
      <w:r w:rsidRPr="00BC26A7">
        <w:rPr>
          <w:rFonts w:ascii="Verdana" w:hAnsi="Verdana"/>
          <w:sz w:val="20"/>
          <w:szCs w:val="20"/>
        </w:rPr>
        <w:t>sola opzione per lingua):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INGLESE: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B1 (2</w:t>
      </w:r>
      <w:proofErr w:type="gramStart"/>
      <w:r w:rsidRPr="00BC26A7">
        <w:rPr>
          <w:rFonts w:ascii="Verdana" w:hAnsi="Verdana"/>
          <w:sz w:val="20"/>
          <w:szCs w:val="20"/>
        </w:rPr>
        <w:t>,5</w:t>
      </w:r>
      <w:proofErr w:type="gramEnd"/>
      <w:r w:rsidRPr="00BC26A7">
        <w:rPr>
          <w:rFonts w:ascii="Verdana" w:hAnsi="Verdana"/>
          <w:sz w:val="20"/>
          <w:szCs w:val="20"/>
        </w:rPr>
        <w:t xml:space="preserve">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B2 (5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C1 (7,5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C2 (10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Ente certificatore: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FRANCESE: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B1 (2</w:t>
      </w:r>
      <w:proofErr w:type="gramStart"/>
      <w:r w:rsidRPr="00BC26A7">
        <w:rPr>
          <w:rFonts w:ascii="Verdana" w:hAnsi="Verdana"/>
          <w:sz w:val="20"/>
          <w:szCs w:val="20"/>
        </w:rPr>
        <w:t>,5</w:t>
      </w:r>
      <w:proofErr w:type="gramEnd"/>
      <w:r w:rsidRPr="00BC26A7">
        <w:rPr>
          <w:rFonts w:ascii="Verdana" w:hAnsi="Verdana"/>
          <w:sz w:val="20"/>
          <w:szCs w:val="20"/>
        </w:rPr>
        <w:t xml:space="preserve">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B2 (5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C1 (7,5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C2 (10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Ente certificatore: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SPAGNOLO: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B1 (2</w:t>
      </w:r>
      <w:proofErr w:type="gramStart"/>
      <w:r w:rsidRPr="00BC26A7">
        <w:rPr>
          <w:rFonts w:ascii="Verdana" w:hAnsi="Verdana"/>
          <w:sz w:val="20"/>
          <w:szCs w:val="20"/>
        </w:rPr>
        <w:t>,5</w:t>
      </w:r>
      <w:proofErr w:type="gramEnd"/>
      <w:r w:rsidRPr="00BC26A7">
        <w:rPr>
          <w:rFonts w:ascii="Verdana" w:hAnsi="Verdana"/>
          <w:sz w:val="20"/>
          <w:szCs w:val="20"/>
        </w:rPr>
        <w:t xml:space="preserve">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B2 (5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C1 (7,5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C2 (10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lastRenderedPageBreak/>
        <w:t>Ente certificatore: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ALTRA LINGUA: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B1 (2</w:t>
      </w:r>
      <w:proofErr w:type="gramStart"/>
      <w:r w:rsidRPr="00BC26A7">
        <w:rPr>
          <w:rFonts w:ascii="Verdana" w:hAnsi="Verdana"/>
          <w:sz w:val="20"/>
          <w:szCs w:val="20"/>
        </w:rPr>
        <w:t>,5</w:t>
      </w:r>
      <w:proofErr w:type="gramEnd"/>
      <w:r w:rsidRPr="00BC26A7">
        <w:rPr>
          <w:rFonts w:ascii="Verdana" w:hAnsi="Verdana"/>
          <w:sz w:val="20"/>
          <w:szCs w:val="20"/>
        </w:rPr>
        <w:t xml:space="preserve">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B2 (5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C1 (7,5 pt) </w:t>
      </w: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C2 (10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Ente certificatore: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Altri titoli: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Certificazioni competenze comunicative in L2 (5 pt)</w:t>
      </w:r>
    </w:p>
    <w:p w:rsidR="00284781" w:rsidRPr="00BC26A7" w:rsidRDefault="000954F8" w:rsidP="00BC26A7">
      <w:pPr>
        <w:rPr>
          <w:rFonts w:ascii="Verdana" w:hAnsi="Verdana"/>
          <w:sz w:val="20"/>
          <w:szCs w:val="20"/>
        </w:rPr>
      </w:pPr>
      <w:proofErr w:type="spellStart"/>
      <w:r w:rsidRPr="00BC26A7">
        <w:rPr>
          <w:rFonts w:ascii="Verdana" w:hAnsi="Verdana"/>
          <w:sz w:val="20"/>
          <w:szCs w:val="20"/>
        </w:rPr>
        <w:t>Specificare</w:t>
      </w:r>
      <w:proofErr w:type="spell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Laurea in Lingue (10 pt) Università: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</w:t>
      </w:r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Voto: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Laurea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in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Scienze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BC26A7">
        <w:rPr>
          <w:rFonts w:ascii="Verdana" w:hAnsi="Verdana"/>
          <w:sz w:val="20"/>
          <w:szCs w:val="20"/>
        </w:rPr>
        <w:t>della</w:t>
      </w:r>
      <w:proofErr w:type="spellEnd"/>
      <w:proofErr w:type="gramEnd"/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Formazione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Primaria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o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equipollenti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(5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pt</w:t>
      </w:r>
      <w:proofErr w:type="spellEnd"/>
      <w:r w:rsidRPr="00BC26A7">
        <w:rPr>
          <w:rFonts w:ascii="Verdana" w:hAnsi="Verdana"/>
          <w:sz w:val="20"/>
          <w:szCs w:val="20"/>
        </w:rPr>
        <w:t>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Università: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Voto: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Superamento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di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concorso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con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abilitazione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alla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lingua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straniera</w:t>
      </w:r>
      <w:proofErr w:type="spellEnd"/>
      <w:r w:rsidR="00BC26A7" w:rsidRPr="00BC26A7">
        <w:rPr>
          <w:rFonts w:ascii="Verdana" w:hAnsi="Verdana"/>
          <w:sz w:val="20"/>
          <w:szCs w:val="20"/>
        </w:rPr>
        <w:t xml:space="preserve"> </w:t>
      </w:r>
      <w:r w:rsidRPr="00BC26A7">
        <w:rPr>
          <w:rFonts w:ascii="Verdana" w:hAnsi="Verdana"/>
          <w:sz w:val="20"/>
          <w:szCs w:val="20"/>
        </w:rPr>
        <w:t>(5</w:t>
      </w:r>
      <w:r w:rsidR="00BC26A7"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pt</w:t>
      </w:r>
      <w:proofErr w:type="spellEnd"/>
      <w:r w:rsidRPr="00BC26A7">
        <w:rPr>
          <w:rFonts w:ascii="Verdana" w:hAnsi="Verdana"/>
          <w:sz w:val="20"/>
          <w:szCs w:val="20"/>
        </w:rPr>
        <w:t>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Lingua: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 concorso: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Certificazioni/attestati corsi di lingua di almeno 25 ore </w:t>
      </w:r>
      <w:r w:rsidRPr="00BC26A7">
        <w:rPr>
          <w:rFonts w:ascii="Verdana" w:hAnsi="Verdana"/>
          <w:sz w:val="20"/>
          <w:szCs w:val="20"/>
        </w:rPr>
        <w:t>(1 pt per corso, max 5 pt)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proofErr w:type="gramStart"/>
      <w:r w:rsidRPr="00BC26A7">
        <w:rPr>
          <w:rFonts w:ascii="Verdana" w:hAnsi="Verdana"/>
          <w:sz w:val="20"/>
          <w:szCs w:val="20"/>
        </w:rPr>
        <w:t>1.</w:t>
      </w:r>
      <w:r w:rsidRPr="00BC26A7">
        <w:rPr>
          <w:rFonts w:ascii="Verdana" w:hAnsi="Verdana"/>
          <w:sz w:val="20"/>
          <w:szCs w:val="20"/>
        </w:rPr>
        <w:t>Ore</w:t>
      </w:r>
      <w:proofErr w:type="gram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proofErr w:type="gramStart"/>
      <w:r w:rsidRPr="00BC26A7">
        <w:rPr>
          <w:rFonts w:ascii="Verdana" w:hAnsi="Verdana"/>
          <w:sz w:val="20"/>
          <w:szCs w:val="20"/>
        </w:rPr>
        <w:t>2.</w:t>
      </w:r>
      <w:r w:rsidRPr="00BC26A7">
        <w:rPr>
          <w:rFonts w:ascii="Verdana" w:hAnsi="Verdana"/>
          <w:sz w:val="20"/>
          <w:szCs w:val="20"/>
        </w:rPr>
        <w:t>Ore</w:t>
      </w:r>
      <w:proofErr w:type="gram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proofErr w:type="gramStart"/>
      <w:r w:rsidRPr="00BC26A7">
        <w:rPr>
          <w:rFonts w:ascii="Verdana" w:hAnsi="Verdana"/>
          <w:sz w:val="20"/>
          <w:szCs w:val="20"/>
        </w:rPr>
        <w:t>3.</w:t>
      </w:r>
      <w:r w:rsidRPr="00BC26A7">
        <w:rPr>
          <w:rFonts w:ascii="Verdana" w:hAnsi="Verdana"/>
          <w:sz w:val="20"/>
          <w:szCs w:val="20"/>
        </w:rPr>
        <w:t>Ore</w:t>
      </w:r>
      <w:proofErr w:type="gram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proofErr w:type="gramStart"/>
      <w:r w:rsidRPr="00BC26A7">
        <w:rPr>
          <w:rFonts w:ascii="Verdana" w:hAnsi="Verdana"/>
          <w:sz w:val="20"/>
          <w:szCs w:val="20"/>
        </w:rPr>
        <w:t>4.</w:t>
      </w:r>
      <w:r w:rsidRPr="00BC26A7">
        <w:rPr>
          <w:rFonts w:ascii="Verdana" w:hAnsi="Verdana"/>
          <w:sz w:val="20"/>
          <w:szCs w:val="20"/>
        </w:rPr>
        <w:t>Ore</w:t>
      </w:r>
      <w:proofErr w:type="gram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proofErr w:type="gramStart"/>
      <w:r w:rsidRPr="00BC26A7">
        <w:rPr>
          <w:rFonts w:ascii="Verdana" w:hAnsi="Verdana"/>
          <w:sz w:val="20"/>
          <w:szCs w:val="20"/>
        </w:rPr>
        <w:t>5.</w:t>
      </w:r>
      <w:r w:rsidRPr="00BC26A7">
        <w:rPr>
          <w:rFonts w:ascii="Verdana" w:hAnsi="Verdana"/>
          <w:sz w:val="20"/>
          <w:szCs w:val="20"/>
        </w:rPr>
        <w:t>Ore</w:t>
      </w:r>
      <w:proofErr w:type="gramEnd"/>
      <w:r w:rsidRPr="00BC26A7">
        <w:rPr>
          <w:rFonts w:ascii="Verdana" w:hAnsi="Verdana"/>
          <w:sz w:val="20"/>
          <w:szCs w:val="20"/>
        </w:rPr>
        <w:t>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Anno: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SEZIONE D - MOTIVAZIONI DELLA CANDIDATURA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Motivazioni per cui intende partecipare alla mobilità Erasmus+ (max 500 caratteri):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Obiettivi che intende raggiungere</w:t>
      </w:r>
      <w:r w:rsidRPr="00BC26A7">
        <w:rPr>
          <w:rFonts w:ascii="Verdana" w:hAnsi="Verdana"/>
          <w:sz w:val="20"/>
          <w:szCs w:val="20"/>
        </w:rPr>
        <w:t xml:space="preserve"> attraverso l'esperienza formativa (max 500 caratteri):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SEZIONE E - IMPEGNI ASSUNTI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Il/La sottoscritto/a si impegna a: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Partecipare alle attività di mobilità programmate per l'intero periodo previsto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BC26A7">
        <w:rPr>
          <w:rFonts w:ascii="Verdana" w:hAnsi="Verdana"/>
          <w:sz w:val="20"/>
          <w:szCs w:val="20"/>
        </w:rPr>
        <w:t xml:space="preserve"> Redigere una relazione dettagliata delle attività svo</w:t>
      </w:r>
      <w:r w:rsidRPr="00BC26A7">
        <w:rPr>
          <w:rFonts w:ascii="Verdana" w:hAnsi="Verdana"/>
          <w:sz w:val="20"/>
          <w:szCs w:val="20"/>
        </w:rPr>
        <w:t>lte entro 30 giorni dal rientro</w:t>
      </w:r>
    </w:p>
    <w:p w:rsidR="00284781" w:rsidRPr="00BC26A7" w:rsidRDefault="000954F8" w:rsidP="00BC26A7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Effettuare attività di disseminazione presso tutte le </w:t>
      </w:r>
      <w:proofErr w:type="spellStart"/>
      <w:r w:rsidRPr="00BC26A7">
        <w:rPr>
          <w:rFonts w:ascii="Verdana" w:hAnsi="Verdana"/>
          <w:sz w:val="20"/>
          <w:szCs w:val="20"/>
        </w:rPr>
        <w:t>scuole</w:t>
      </w:r>
      <w:proofErr w:type="spellEnd"/>
      <w:r w:rsidRPr="00BC26A7">
        <w:rPr>
          <w:rFonts w:ascii="Verdana" w:hAnsi="Verdana"/>
          <w:sz w:val="20"/>
          <w:szCs w:val="20"/>
        </w:rPr>
        <w:t xml:space="preserve"> </w:t>
      </w:r>
      <w:proofErr w:type="gramStart"/>
      <w:r w:rsidRPr="00BC26A7">
        <w:rPr>
          <w:rFonts w:ascii="Verdana" w:hAnsi="Verdana"/>
          <w:sz w:val="20"/>
          <w:szCs w:val="20"/>
        </w:rPr>
        <w:t>del</w:t>
      </w:r>
      <w:proofErr w:type="gramEnd"/>
      <w:r w:rsidRPr="00BC26A7">
        <w:rPr>
          <w:rFonts w:ascii="Verdana" w:hAnsi="Verdana"/>
          <w:sz w:val="20"/>
          <w:szCs w:val="20"/>
        </w:rPr>
        <w:t xml:space="preserve"> </w:t>
      </w:r>
      <w:proofErr w:type="spellStart"/>
      <w:r w:rsidRPr="00BC26A7">
        <w:rPr>
          <w:rFonts w:ascii="Verdana" w:hAnsi="Verdana"/>
          <w:sz w:val="20"/>
          <w:szCs w:val="20"/>
        </w:rPr>
        <w:t>Consorzio</w:t>
      </w:r>
      <w:proofErr w:type="spellEnd"/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Applicare nella propria pratica didattica le competenze acquisite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Partecipare ad eventuali attività di monitoraggio e valutazione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Rispettar</w:t>
      </w:r>
      <w:r w:rsidRPr="00BC26A7">
        <w:rPr>
          <w:rFonts w:ascii="Verdana" w:hAnsi="Verdana"/>
          <w:sz w:val="20"/>
          <w:szCs w:val="20"/>
        </w:rPr>
        <w:t xml:space="preserve">e le norme e i regolamenti </w:t>
      </w:r>
      <w:proofErr w:type="gramStart"/>
      <w:r w:rsidRPr="00BC26A7">
        <w:rPr>
          <w:rFonts w:ascii="Verdana" w:hAnsi="Verdana"/>
          <w:sz w:val="20"/>
          <w:szCs w:val="20"/>
        </w:rPr>
        <w:t>del</w:t>
      </w:r>
      <w:proofErr w:type="gramEnd"/>
      <w:r w:rsidRPr="00BC26A7">
        <w:rPr>
          <w:rFonts w:ascii="Verdana" w:hAnsi="Verdana"/>
          <w:sz w:val="20"/>
          <w:szCs w:val="20"/>
        </w:rPr>
        <w:t xml:space="preserve"> Paese ospitante</w:t>
      </w:r>
    </w:p>
    <w:p w:rsidR="00284781" w:rsidRPr="00BC26A7" w:rsidRDefault="000954F8">
      <w:pPr>
        <w:spacing w:before="140"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b/>
          <w:sz w:val="20"/>
          <w:szCs w:val="20"/>
        </w:rPr>
        <w:t>SEZIONE F - TRATTAMENTO DATI PERSONALI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Dichiara di aver preso visione dell'informativa sul trattamento dei dati personali ai sensi </w:t>
      </w:r>
      <w:proofErr w:type="gramStart"/>
      <w:r w:rsidRPr="00BC26A7">
        <w:rPr>
          <w:rFonts w:ascii="Verdana" w:hAnsi="Verdana"/>
          <w:sz w:val="20"/>
          <w:szCs w:val="20"/>
        </w:rPr>
        <w:t>del</w:t>
      </w:r>
      <w:proofErr w:type="gramEnd"/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Regolamento UE 2016/679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Autorizza </w:t>
      </w:r>
      <w:proofErr w:type="gramStart"/>
      <w:r w:rsidRPr="00BC26A7">
        <w:rPr>
          <w:rFonts w:ascii="Verdana" w:hAnsi="Verdana"/>
          <w:sz w:val="20"/>
          <w:szCs w:val="20"/>
        </w:rPr>
        <w:t>il</w:t>
      </w:r>
      <w:proofErr w:type="gramEnd"/>
      <w:r w:rsidRPr="00BC26A7">
        <w:rPr>
          <w:rFonts w:ascii="Verdana" w:hAnsi="Verdana"/>
          <w:sz w:val="20"/>
          <w:szCs w:val="20"/>
        </w:rPr>
        <w:t xml:space="preserve"> trattamento dei propri dati </w:t>
      </w:r>
      <w:r w:rsidRPr="00BC26A7">
        <w:rPr>
          <w:rFonts w:ascii="Verdana" w:hAnsi="Verdana"/>
          <w:sz w:val="20"/>
          <w:szCs w:val="20"/>
        </w:rPr>
        <w:t>personali per le finalità connesse alla presente procedura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Autorizza la pubblicazione dei propri dati (nome, cognome, punteggio) nella graduatoria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DOCUMENTI ALLEGATI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Segoe UI Symbol" w:hAnsi="Segoe UI Symbol" w:cs="Segoe UI Symbol"/>
          <w:sz w:val="20"/>
          <w:szCs w:val="20"/>
        </w:rPr>
        <w:t>☐</w:t>
      </w:r>
      <w:r w:rsidRPr="00BC26A7">
        <w:rPr>
          <w:rFonts w:ascii="Verdana" w:hAnsi="Verdana"/>
          <w:sz w:val="20"/>
          <w:szCs w:val="20"/>
        </w:rPr>
        <w:t xml:space="preserve"> Curriculum vitae in formato europeo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 xml:space="preserve">Si impegna altresì a presentare la documentazione </w:t>
      </w:r>
      <w:r w:rsidRPr="00BC26A7">
        <w:rPr>
          <w:rFonts w:ascii="Verdana" w:hAnsi="Verdana"/>
          <w:sz w:val="20"/>
          <w:szCs w:val="20"/>
        </w:rPr>
        <w:t>attestante i titoli e le certificazioni conseguite,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proofErr w:type="gramStart"/>
      <w:r w:rsidRPr="00BC26A7">
        <w:rPr>
          <w:rFonts w:ascii="Verdana" w:hAnsi="Verdana"/>
          <w:sz w:val="20"/>
          <w:szCs w:val="20"/>
        </w:rPr>
        <w:t>se</w:t>
      </w:r>
      <w:proofErr w:type="gramEnd"/>
      <w:r w:rsidRPr="00BC26A7">
        <w:rPr>
          <w:rFonts w:ascii="Verdana" w:hAnsi="Verdana"/>
          <w:sz w:val="20"/>
          <w:szCs w:val="20"/>
        </w:rPr>
        <w:t xml:space="preserve"> richiesta.</w:t>
      </w:r>
    </w:p>
    <w:p w:rsidR="00284781" w:rsidRPr="00BC26A7" w:rsidRDefault="000954F8">
      <w:pPr>
        <w:spacing w:after="60" w:line="252" w:lineRule="auto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Data:</w:t>
      </w:r>
    </w:p>
    <w:p w:rsidR="00BC26A7" w:rsidRPr="00BC26A7" w:rsidRDefault="00BC26A7">
      <w:pPr>
        <w:spacing w:after="60" w:line="252" w:lineRule="auto"/>
        <w:rPr>
          <w:rFonts w:ascii="Verdana" w:hAnsi="Verdana"/>
          <w:sz w:val="20"/>
          <w:szCs w:val="20"/>
        </w:rPr>
      </w:pPr>
    </w:p>
    <w:p w:rsidR="00BC26A7" w:rsidRPr="00BC26A7" w:rsidRDefault="00BC26A7">
      <w:pPr>
        <w:spacing w:after="60" w:line="252" w:lineRule="auto"/>
        <w:rPr>
          <w:rFonts w:ascii="Verdana" w:hAnsi="Verdana"/>
          <w:sz w:val="20"/>
          <w:szCs w:val="20"/>
        </w:rPr>
      </w:pPr>
    </w:p>
    <w:p w:rsidR="00284781" w:rsidRPr="00BC26A7" w:rsidRDefault="000954F8" w:rsidP="00BC26A7">
      <w:pPr>
        <w:spacing w:after="60" w:line="252" w:lineRule="auto"/>
        <w:jc w:val="right"/>
        <w:rPr>
          <w:rFonts w:ascii="Verdana" w:hAnsi="Verdana"/>
          <w:sz w:val="20"/>
          <w:szCs w:val="20"/>
        </w:rPr>
      </w:pPr>
      <w:r w:rsidRPr="00BC26A7">
        <w:rPr>
          <w:rFonts w:ascii="Verdana" w:hAnsi="Verdana"/>
          <w:sz w:val="20"/>
          <w:szCs w:val="20"/>
        </w:rPr>
        <w:t>Firma</w:t>
      </w:r>
    </w:p>
    <w:p w:rsidR="00284781" w:rsidRDefault="000954F8" w:rsidP="00BC26A7">
      <w:pPr>
        <w:spacing w:after="60" w:line="252" w:lineRule="auto"/>
        <w:jc w:val="right"/>
      </w:pPr>
      <w:r>
        <w:t>(Firma leggibile e per esteso)</w:t>
      </w:r>
    </w:p>
    <w:sectPr w:rsidR="00284781" w:rsidSect="00BC26A7">
      <w:headerReference w:type="default" r:id="rId8"/>
      <w:pgSz w:w="12240" w:h="15840"/>
      <w:pgMar w:top="383" w:right="1134" w:bottom="1134" w:left="1247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4F8" w:rsidRDefault="000954F8">
      <w:pPr>
        <w:spacing w:after="0" w:line="240" w:lineRule="auto"/>
      </w:pPr>
      <w:r>
        <w:separator/>
      </w:r>
    </w:p>
  </w:endnote>
  <w:endnote w:type="continuationSeparator" w:id="0">
    <w:p w:rsidR="000954F8" w:rsidRDefault="00095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4F8" w:rsidRDefault="000954F8">
      <w:pPr>
        <w:spacing w:after="0" w:line="240" w:lineRule="auto"/>
      </w:pPr>
      <w:r>
        <w:separator/>
      </w:r>
    </w:p>
  </w:footnote>
  <w:footnote w:type="continuationSeparator" w:id="0">
    <w:p w:rsidR="000954F8" w:rsidRDefault="00095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70E" w:rsidRDefault="000954F8">
    <w:r>
      <w:rPr>
        <w:noProof/>
        <w:lang w:val="it-IT" w:eastAsia="it-IT"/>
      </w:rPr>
      <w:drawing>
        <wp:anchor distT="0" distB="0" distL="114300" distR="114300" simplePos="0" relativeHeight="251653632" behindDoc="0" locked="0" layoutInCell="1" allowOverlap="1" wp14:anchorId="358FB147" wp14:editId="6490BC52">
          <wp:simplePos x="0" y="0"/>
          <wp:positionH relativeFrom="column">
            <wp:posOffset>4905375</wp:posOffset>
          </wp:positionH>
          <wp:positionV relativeFrom="paragraph">
            <wp:posOffset>94615</wp:posOffset>
          </wp:positionV>
          <wp:extent cx="1649095" cy="558800"/>
          <wp:effectExtent l="0" t="0" r="0" b="0"/>
          <wp:wrapThrough wrapText="bothSides">
            <wp:wrapPolygon edited="0">
              <wp:start x="13474" y="3682"/>
              <wp:lineTo x="2495" y="5891"/>
              <wp:lineTo x="2495" y="14727"/>
              <wp:lineTo x="13474" y="16936"/>
              <wp:lineTo x="14722" y="16936"/>
              <wp:lineTo x="18963" y="13255"/>
              <wp:lineTo x="18963" y="7364"/>
              <wp:lineTo x="14722" y="3682"/>
              <wp:lineTo x="13474" y="3682"/>
            </wp:wrapPolygon>
          </wp:wrapThrough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095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1584" behindDoc="0" locked="0" layoutInCell="1" allowOverlap="1" wp14:anchorId="1F95733A" wp14:editId="43723EF4">
          <wp:simplePos x="0" y="0"/>
          <wp:positionH relativeFrom="column">
            <wp:posOffset>99060</wp:posOffset>
          </wp:positionH>
          <wp:positionV relativeFrom="paragraph">
            <wp:posOffset>6985</wp:posOffset>
          </wp:positionV>
          <wp:extent cx="1162050" cy="657225"/>
          <wp:effectExtent l="0" t="0" r="0" b="9525"/>
          <wp:wrapThrough wrapText="bothSides">
            <wp:wrapPolygon edited="0">
              <wp:start x="0" y="0"/>
              <wp:lineTo x="0" y="21287"/>
              <wp:lineTo x="21246" y="21287"/>
              <wp:lineTo x="21246" y="0"/>
              <wp:lineTo x="0" y="0"/>
            </wp:wrapPolygon>
          </wp:wrapThrough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F570E" w:rsidRDefault="000954F8"/>
  <w:p w:rsidR="00FF570E" w:rsidRDefault="00BC26A7">
    <w:r>
      <w:rPr>
        <w:noProof/>
        <w:lang w:val="it-IT" w:eastAsia="it-IT"/>
      </w:rPr>
      <w:drawing>
        <wp:anchor distT="0" distB="0" distL="114300" distR="114300" simplePos="0" relativeHeight="251664896" behindDoc="0" locked="0" layoutInCell="1" allowOverlap="1" wp14:anchorId="7F58BC8B" wp14:editId="0A461071">
          <wp:simplePos x="0" y="0"/>
          <wp:positionH relativeFrom="margin">
            <wp:posOffset>-85725</wp:posOffset>
          </wp:positionH>
          <wp:positionV relativeFrom="margin">
            <wp:posOffset>-797560</wp:posOffset>
          </wp:positionV>
          <wp:extent cx="6120130" cy="862330"/>
          <wp:effectExtent l="0" t="0" r="0" b="0"/>
          <wp:wrapTopAndBottom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77A9" w:rsidRDefault="000954F8"/>
  <w:p w:rsidR="009C623E" w:rsidRDefault="000954F8">
    <w: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54F8"/>
    <w:rsid w:val="0015074B"/>
    <w:rsid w:val="00284781"/>
    <w:rsid w:val="0029639D"/>
    <w:rsid w:val="00326F90"/>
    <w:rsid w:val="00AA1D8D"/>
    <w:rsid w:val="00B47730"/>
    <w:rsid w:val="00BC26A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BE7B2CA2-5F80-492C-A964-C1A59D3A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7E544A-2ECA-45AB-893E-5E6346F47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Account Microsoft</cp:lastModifiedBy>
  <cp:revision>2</cp:revision>
  <dcterms:created xsi:type="dcterms:W3CDTF">2013-12-23T23:15:00Z</dcterms:created>
  <dcterms:modified xsi:type="dcterms:W3CDTF">2026-10-22T11:09:00Z</dcterms:modified>
  <cp:category/>
</cp:coreProperties>
</file>