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25F" w:rsidRDefault="007B493E">
      <w:pPr>
        <w:jc w:val="center"/>
      </w:pPr>
      <w:bookmarkStart w:id="0" w:name="_GoBack"/>
      <w:bookmarkEnd w:id="0"/>
      <w:r>
        <w:rPr>
          <w:b/>
          <w:sz w:val="24"/>
        </w:rPr>
        <w:t>ERASMUS+ 2021–2027</w:t>
      </w:r>
    </w:p>
    <w:p w:rsidR="007B493E" w:rsidRPr="009B5272" w:rsidRDefault="007B493E" w:rsidP="007B49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sz w:val="18"/>
        </w:rPr>
        <w:t xml:space="preserve">Project n. </w:t>
      </w:r>
      <w:r w:rsidRPr="009B5272">
        <w:rPr>
          <w:rFonts w:ascii="Times New Roman" w:eastAsia="Times New Roman" w:hAnsi="Times New Roman" w:cs="Times New Roman"/>
          <w:sz w:val="24"/>
          <w:szCs w:val="24"/>
          <w:lang w:eastAsia="it-IT"/>
        </w:rPr>
        <w:t>2026-1-IT02-KA121-SCH-000411534</w:t>
      </w:r>
    </w:p>
    <w:p w:rsidR="003A225F" w:rsidRDefault="007B493E">
      <w:pPr>
        <w:jc w:val="center"/>
      </w:pPr>
      <w:r>
        <w:rPr>
          <w:sz w:val="18"/>
        </w:rPr>
        <w:br/>
        <w:t>Accreditation code: 2023-1-IT02-KA120-SCH-000187262</w:t>
      </w:r>
    </w:p>
    <w:p w:rsidR="003A225F" w:rsidRDefault="007B493E">
      <w:pPr>
        <w:spacing w:before="120" w:after="160"/>
        <w:jc w:val="center"/>
      </w:pPr>
      <w:r>
        <w:rPr>
          <w:b/>
          <w:sz w:val="26"/>
        </w:rPr>
        <w:t>TABELLA DI AUTOVALUTAZIONE TITOLI – ALUNNI</w:t>
      </w:r>
    </w:p>
    <w:p w:rsidR="003A225F" w:rsidRDefault="007B493E">
      <w:r>
        <w:t>I sottoscritti __________________________________ e __________________________________, genitori/tutori dell’alunno/a ________________________________________________, frequentante la classe ______ della scuola secondaria di I grado, consapevoli delle responsabilità previste dagli artt. 75 e 76 del D.P.R. 28 dicembre 2000, n. 445 in caso di dichiarazioni mendaci, dichiarano che i dati indicati nella presente tabella corrispondono al vero.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095"/>
        <w:gridCol w:w="4185"/>
        <w:gridCol w:w="1985"/>
        <w:gridCol w:w="2037"/>
      </w:tblGrid>
      <w:tr w:rsidR="003A225F">
        <w:trPr>
          <w:tblHeader/>
          <w:jc w:val="center"/>
        </w:trPr>
        <w:tc>
          <w:tcPr>
            <w:tcW w:w="2578" w:type="dxa"/>
            <w:shd w:val="clear" w:color="auto" w:fill="D9EAF7"/>
          </w:tcPr>
          <w:p w:rsidR="003A225F" w:rsidRDefault="007B493E">
            <w:r>
              <w:rPr>
                <w:b/>
              </w:rPr>
              <w:t>CRITERIO</w:t>
            </w:r>
          </w:p>
        </w:tc>
        <w:tc>
          <w:tcPr>
            <w:tcW w:w="2578" w:type="dxa"/>
            <w:shd w:val="clear" w:color="auto" w:fill="D9EAF7"/>
          </w:tcPr>
          <w:p w:rsidR="003A225F" w:rsidRDefault="007B493E">
            <w:r>
              <w:rPr>
                <w:b/>
              </w:rPr>
              <w:t>DATO/TITOLO DICHIARATO</w:t>
            </w:r>
          </w:p>
        </w:tc>
        <w:tc>
          <w:tcPr>
            <w:tcW w:w="2578" w:type="dxa"/>
            <w:shd w:val="clear" w:color="auto" w:fill="D9EAF7"/>
          </w:tcPr>
          <w:p w:rsidR="003A225F" w:rsidRDefault="007B493E">
            <w:r>
              <w:rPr>
                <w:b/>
              </w:rPr>
              <w:t>PUNTEGGIO RICHIEDENTE</w:t>
            </w:r>
          </w:p>
        </w:tc>
        <w:tc>
          <w:tcPr>
            <w:tcW w:w="2578" w:type="dxa"/>
            <w:shd w:val="clear" w:color="auto" w:fill="D9EAF7"/>
          </w:tcPr>
          <w:p w:rsidR="003A225F" w:rsidRDefault="007B493E">
            <w:r>
              <w:rPr>
                <w:b/>
              </w:rPr>
              <w:t>PUNTEGGIO COMMISSIONE</w:t>
            </w:r>
          </w:p>
        </w:tc>
      </w:tr>
      <w:tr w:rsidR="003A225F">
        <w:trPr>
          <w:jc w:val="center"/>
        </w:trPr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Voto di comportamento (minimo 8)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Voto: ______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</w:tr>
      <w:tr w:rsidR="003A225F">
        <w:trPr>
          <w:jc w:val="center"/>
        </w:trPr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Media aritmetica delle discipline* (minimo 8)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Media: ______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</w:tr>
      <w:tr w:rsidR="003A225F">
        <w:trPr>
          <w:jc w:val="center"/>
        </w:trPr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Lingua Inglese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Voto: ______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</w:tr>
      <w:tr w:rsidR="003A225F">
        <w:trPr>
          <w:jc w:val="center"/>
        </w:trPr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Francese / Spagnolo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Voto: ______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</w:tr>
      <w:tr w:rsidR="003A225F">
        <w:trPr>
          <w:jc w:val="center"/>
        </w:trPr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Media 1ª e 2ª lingua straniera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Media: ______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</w:tr>
      <w:tr w:rsidR="003A225F">
        <w:trPr>
          <w:jc w:val="center"/>
        </w:trPr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Certificazione linguistica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Ente: ____________________  Livello: ______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</w:tr>
      <w:tr w:rsidR="003A225F">
        <w:trPr>
          <w:jc w:val="center"/>
        </w:trPr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proofErr w:type="spellStart"/>
            <w:r>
              <w:t>Partecipazione</w:t>
            </w:r>
            <w:proofErr w:type="spellEnd"/>
            <w:r>
              <w:t xml:space="preserve"> a PON</w:t>
            </w:r>
            <w:r w:rsidR="00DD22BF">
              <w:t xml:space="preserve"> (PREREQUISITO DI ACCESSO)</w:t>
            </w:r>
            <w:r>
              <w:t>/</w:t>
            </w:r>
            <w:proofErr w:type="spellStart"/>
            <w:r>
              <w:t>corsi</w:t>
            </w:r>
            <w:proofErr w:type="spellEnd"/>
            <w:r>
              <w:t xml:space="preserve"> </w:t>
            </w:r>
            <w:proofErr w:type="spellStart"/>
            <w:r>
              <w:t>extracurriculari</w:t>
            </w:r>
            <w:proofErr w:type="spellEnd"/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Attività: ____________________________________</w:t>
            </w:r>
            <w:r>
              <w:br/>
              <w:t>N. attività: ______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</w:tr>
      <w:tr w:rsidR="003A225F">
        <w:trPr>
          <w:jc w:val="center"/>
        </w:trPr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ISEE inferiore a € 13.000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□ SÌ   □ NO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</w:tr>
      <w:tr w:rsidR="003A225F">
        <w:trPr>
          <w:jc w:val="center"/>
        </w:trPr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Certificazione BES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t>□ SÌ   □ NO</w:t>
            </w:r>
            <w:r>
              <w:br/>
              <w:t>(titolo preferenziale a parità di punteggio)</w:t>
            </w:r>
          </w:p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</w:tr>
      <w:tr w:rsidR="003A225F">
        <w:trPr>
          <w:jc w:val="center"/>
        </w:trPr>
        <w:tc>
          <w:tcPr>
            <w:tcW w:w="2578" w:type="dxa"/>
            <w:shd w:val="clear" w:color="auto" w:fill="EAF2F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7B493E">
            <w:r>
              <w:rPr>
                <w:b/>
              </w:rPr>
              <w:t>TOTALE PUNTEGGIO</w:t>
            </w:r>
          </w:p>
        </w:tc>
        <w:tc>
          <w:tcPr>
            <w:tcW w:w="2578" w:type="dxa"/>
            <w:shd w:val="clear" w:color="auto" w:fill="EAF2F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shd w:val="clear" w:color="auto" w:fill="EAF2F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  <w:tc>
          <w:tcPr>
            <w:tcW w:w="2578" w:type="dxa"/>
            <w:shd w:val="clear" w:color="auto" w:fill="EAF2F8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:rsidR="003A225F" w:rsidRDefault="003A225F"/>
        </w:tc>
      </w:tr>
    </w:tbl>
    <w:p w:rsidR="003A225F" w:rsidRDefault="007B493E">
      <w:r>
        <w:rPr>
          <w:b/>
        </w:rPr>
        <w:t xml:space="preserve">* </w:t>
      </w:r>
      <w:r>
        <w:t>Esclusi religione/attività alternativa e strumento musicale.</w:t>
      </w:r>
    </w:p>
    <w:p w:rsidR="003A225F" w:rsidRDefault="007B493E">
      <w:r>
        <w:rPr>
          <w:b/>
        </w:rPr>
        <w:t xml:space="preserve">Documentazione allegata: </w:t>
      </w:r>
      <w:r>
        <w:t>□ certificazione linguistica  □ attestato/i PON o corso/i extracurriculare/i  □ ISEE  □ documentazione BES, ove prevista.</w:t>
      </w:r>
    </w:p>
    <w:p w:rsidR="003A225F" w:rsidRDefault="007B493E">
      <w:r>
        <w:br/>
        <w:t>Giffoni Valle Piana, ____________________</w:t>
      </w:r>
    </w:p>
    <w:p w:rsidR="003A225F" w:rsidRDefault="007B493E">
      <w:pPr>
        <w:jc w:val="right"/>
      </w:pPr>
      <w:r>
        <w:lastRenderedPageBreak/>
        <w:t>Firma dei genitori/tutori</w:t>
      </w:r>
      <w:r>
        <w:br/>
        <w:t>__________________________________</w:t>
      </w:r>
      <w:r>
        <w:br/>
        <w:t>__________________________________</w:t>
      </w:r>
    </w:p>
    <w:sectPr w:rsidR="003A225F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04D2"/>
    <w:rsid w:val="0006063C"/>
    <w:rsid w:val="0015074B"/>
    <w:rsid w:val="0029639D"/>
    <w:rsid w:val="00326F90"/>
    <w:rsid w:val="003A225F"/>
    <w:rsid w:val="0055780D"/>
    <w:rsid w:val="007B493E"/>
    <w:rsid w:val="00AA1D8D"/>
    <w:rsid w:val="00B47730"/>
    <w:rsid w:val="00CB0664"/>
    <w:rsid w:val="00DD22B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7273039-4039-49F4-B835-20EE2F7BC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80"/>
    </w:pPr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F1048D-2118-4838-8705-92F642D6A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 Windows</cp:lastModifiedBy>
  <cp:revision>2</cp:revision>
  <dcterms:created xsi:type="dcterms:W3CDTF">2026-09-21T12:11:00Z</dcterms:created>
  <dcterms:modified xsi:type="dcterms:W3CDTF">2026-09-21T12:11:00Z</dcterms:modified>
  <cp:category/>
</cp:coreProperties>
</file>