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0F" w:rsidRPr="007D340F" w:rsidRDefault="007D340F" w:rsidP="007D340F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7D340F"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7D340F" w:rsidRPr="007D340F" w:rsidRDefault="007D340F" w:rsidP="007D340F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7D340F"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 w:rsidRPr="007D340F"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 w:rsidRPr="007D340F"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 w:rsidRPr="007D340F"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 w:rsidRPr="007D340F"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7D340F" w:rsidRPr="007D340F" w:rsidRDefault="007D340F" w:rsidP="007D340F">
      <w:pPr>
        <w:rPr>
          <w:rFonts w:asciiTheme="majorHAnsi" w:hAnsiTheme="majorHAnsi" w:cstheme="majorHAnsi"/>
          <w:b/>
        </w:rPr>
      </w:pPr>
      <w:proofErr w:type="spellStart"/>
      <w:r w:rsidRPr="007D340F">
        <w:rPr>
          <w:rFonts w:asciiTheme="majorHAnsi" w:hAnsiTheme="majorHAnsi" w:cstheme="majorHAnsi"/>
          <w:b/>
        </w:rPr>
        <w:t>Disciplina</w:t>
      </w:r>
      <w:proofErr w:type="spellEnd"/>
      <w:r w:rsidRPr="007D340F">
        <w:rPr>
          <w:rFonts w:asciiTheme="majorHAnsi" w:hAnsiTheme="majorHAnsi" w:cstheme="majorHAnsi"/>
          <w:b/>
        </w:rPr>
        <w:t xml:space="preserve">: </w:t>
      </w:r>
      <w:proofErr w:type="spellStart"/>
      <w:r w:rsidRPr="007D340F">
        <w:rPr>
          <w:rFonts w:asciiTheme="majorHAnsi" w:hAnsiTheme="majorHAnsi" w:cstheme="majorHAnsi"/>
        </w:rPr>
        <w:t>Inglese</w:t>
      </w:r>
      <w:proofErr w:type="spellEnd"/>
      <w:r w:rsidRPr="007D340F">
        <w:rPr>
          <w:rFonts w:asciiTheme="majorHAnsi" w:hAnsiTheme="majorHAnsi" w:cstheme="majorHAnsi"/>
        </w:rPr>
        <w:br/>
      </w:r>
      <w:proofErr w:type="spellStart"/>
      <w:r w:rsidRPr="007D340F">
        <w:rPr>
          <w:rFonts w:asciiTheme="majorHAnsi" w:hAnsiTheme="majorHAnsi" w:cstheme="majorHAnsi"/>
          <w:b/>
        </w:rPr>
        <w:t>Classe</w:t>
      </w:r>
      <w:proofErr w:type="spellEnd"/>
      <w:r w:rsidRPr="007D340F">
        <w:rPr>
          <w:rFonts w:asciiTheme="majorHAnsi" w:hAnsiTheme="majorHAnsi" w:cstheme="majorHAnsi"/>
          <w:b/>
        </w:rPr>
        <w:t xml:space="preserve">: </w:t>
      </w:r>
      <w:r w:rsidRPr="007D340F">
        <w:rPr>
          <w:rFonts w:asciiTheme="majorHAnsi" w:hAnsiTheme="majorHAnsi" w:cstheme="majorHAnsi"/>
        </w:rPr>
        <w:t>Prima</w:t>
      </w:r>
      <w:r w:rsidRPr="007D340F">
        <w:rPr>
          <w:rFonts w:asciiTheme="majorHAnsi" w:hAnsiTheme="majorHAnsi" w:cstheme="majorHAnsi"/>
        </w:rPr>
        <w:br/>
      </w:r>
      <w:r w:rsidRPr="007D340F">
        <w:rPr>
          <w:rFonts w:asciiTheme="majorHAnsi" w:hAnsiTheme="majorHAnsi" w:cstheme="majorHAnsi"/>
          <w:b/>
        </w:rPr>
        <w:t xml:space="preserve">Anno </w:t>
      </w:r>
      <w:proofErr w:type="spellStart"/>
      <w:r w:rsidRPr="007D340F">
        <w:rPr>
          <w:rFonts w:asciiTheme="majorHAnsi" w:hAnsiTheme="majorHAnsi" w:cstheme="majorHAnsi"/>
          <w:b/>
        </w:rPr>
        <w:t>scolastico</w:t>
      </w:r>
      <w:proofErr w:type="spellEnd"/>
      <w:r w:rsidRPr="007D340F">
        <w:rPr>
          <w:rFonts w:asciiTheme="majorHAnsi" w:hAnsiTheme="majorHAnsi" w:cstheme="majorHAnsi"/>
          <w:b/>
        </w:rPr>
        <w:t xml:space="preserve">: </w:t>
      </w:r>
      <w:r w:rsidRPr="007D340F">
        <w:rPr>
          <w:rFonts w:asciiTheme="majorHAnsi" w:hAnsiTheme="majorHAnsi" w:cstheme="majorHAnsi"/>
        </w:rPr>
        <w:t>______________________</w:t>
      </w:r>
      <w:r w:rsidRPr="007D340F">
        <w:rPr>
          <w:rFonts w:asciiTheme="majorHAnsi" w:hAnsiTheme="majorHAnsi" w:cstheme="majorHAnsi"/>
        </w:rPr>
        <w:br/>
      </w:r>
      <w:proofErr w:type="spellStart"/>
      <w:r w:rsidRPr="007D340F">
        <w:rPr>
          <w:rFonts w:asciiTheme="majorHAnsi" w:hAnsiTheme="majorHAnsi" w:cstheme="majorHAnsi"/>
          <w:b/>
        </w:rPr>
        <w:t>Docente</w:t>
      </w:r>
      <w:proofErr w:type="spellEnd"/>
      <w:r w:rsidRPr="007D340F">
        <w:rPr>
          <w:rFonts w:asciiTheme="majorHAnsi" w:hAnsiTheme="majorHAnsi" w:cstheme="majorHAnsi"/>
          <w:b/>
        </w:rPr>
        <w:t xml:space="preserve">: </w:t>
      </w:r>
      <w:r w:rsidRPr="007D340F">
        <w:rPr>
          <w:rFonts w:asciiTheme="majorHAnsi" w:hAnsiTheme="majorHAnsi" w:cstheme="majorHAnsi"/>
        </w:rPr>
        <w:t>_____________________________</w:t>
      </w:r>
      <w:r w:rsidRPr="007D340F">
        <w:rPr>
          <w:rFonts w:asciiTheme="majorHAnsi" w:hAnsiTheme="majorHAnsi" w:cstheme="majorHAnsi"/>
        </w:rPr>
        <w:br/>
      </w:r>
      <w:proofErr w:type="spellStart"/>
      <w:r w:rsidRPr="007D340F">
        <w:rPr>
          <w:rFonts w:asciiTheme="majorHAnsi" w:hAnsiTheme="majorHAnsi" w:cstheme="majorHAnsi"/>
          <w:b/>
        </w:rPr>
        <w:t>Alunno</w:t>
      </w:r>
      <w:proofErr w:type="spellEnd"/>
      <w:r w:rsidRPr="007D340F">
        <w:rPr>
          <w:rFonts w:asciiTheme="majorHAnsi" w:hAnsiTheme="majorHAnsi" w:cstheme="majorHAnsi"/>
          <w:b/>
        </w:rPr>
        <w:t xml:space="preserve">/a: </w:t>
      </w:r>
      <w:r w:rsidRPr="007D340F">
        <w:rPr>
          <w:rFonts w:asciiTheme="majorHAnsi" w:hAnsiTheme="majorHAnsi" w:cstheme="majorHAnsi"/>
        </w:rPr>
        <w:t>____________________________</w:t>
      </w:r>
      <w:r w:rsidRPr="007D340F">
        <w:rPr>
          <w:rFonts w:asciiTheme="majorHAnsi" w:hAnsiTheme="majorHAnsi" w:cstheme="majorHAnsi"/>
        </w:rPr>
        <w:br/>
      </w:r>
      <w:proofErr w:type="spellStart"/>
      <w:r w:rsidRPr="007D340F">
        <w:rPr>
          <w:rFonts w:asciiTheme="majorHAnsi" w:hAnsiTheme="majorHAnsi" w:cstheme="majorHAnsi"/>
          <w:b/>
        </w:rPr>
        <w:t>Periodo</w:t>
      </w:r>
      <w:proofErr w:type="spellEnd"/>
      <w:r w:rsidRPr="007D340F">
        <w:rPr>
          <w:rFonts w:asciiTheme="majorHAnsi" w:hAnsiTheme="majorHAnsi" w:cstheme="majorHAnsi"/>
          <w:b/>
        </w:rPr>
        <w:t xml:space="preserve"> di </w:t>
      </w:r>
      <w:proofErr w:type="spellStart"/>
      <w:r w:rsidRPr="007D340F">
        <w:rPr>
          <w:rFonts w:asciiTheme="majorHAnsi" w:hAnsiTheme="majorHAnsi" w:cstheme="majorHAnsi"/>
          <w:b/>
        </w:rPr>
        <w:t>osservazione</w:t>
      </w:r>
      <w:proofErr w:type="spellEnd"/>
      <w:r w:rsidRPr="007D340F">
        <w:rPr>
          <w:rFonts w:asciiTheme="majorHAnsi" w:hAnsiTheme="majorHAnsi" w:cstheme="majorHAnsi"/>
          <w:b/>
        </w:rPr>
        <w:t>:</w:t>
      </w:r>
    </w:p>
    <w:p w:rsidR="007D340F" w:rsidRPr="007D340F" w:rsidRDefault="007D340F" w:rsidP="007D340F">
      <w:pPr>
        <w:rPr>
          <w:rFonts w:asciiTheme="majorHAnsi" w:hAnsiTheme="majorHAnsi" w:cstheme="majorHAnsi"/>
        </w:rPr>
      </w:pPr>
      <w:r w:rsidRPr="007D340F">
        <w:rPr>
          <w:rFonts w:asciiTheme="majorHAnsi" w:hAnsiTheme="majorHAnsi" w:cstheme="majorHAnsi"/>
          <w:b/>
        </w:rPr>
        <w:t xml:space="preserve"> </w:t>
      </w:r>
      <w:r w:rsidRPr="007D340F">
        <w:rPr>
          <w:rFonts w:ascii="Segoe UI Symbol" w:hAnsi="Segoe UI Symbol" w:cs="Segoe UI Symbol"/>
        </w:rPr>
        <w:t>☐</w:t>
      </w:r>
      <w:r w:rsidRPr="007D340F">
        <w:rPr>
          <w:rFonts w:asciiTheme="majorHAnsi" w:hAnsiTheme="majorHAnsi" w:cstheme="majorHAnsi"/>
        </w:rPr>
        <w:t xml:space="preserve"> </w:t>
      </w:r>
      <w:proofErr w:type="spellStart"/>
      <w:r w:rsidRPr="007D340F">
        <w:rPr>
          <w:rFonts w:asciiTheme="majorHAnsi" w:hAnsiTheme="majorHAnsi" w:cstheme="majorHAnsi"/>
        </w:rPr>
        <w:t>Settembre-Ottobre</w:t>
      </w:r>
      <w:proofErr w:type="spellEnd"/>
      <w:r w:rsidRPr="007D340F">
        <w:rPr>
          <w:rFonts w:asciiTheme="majorHAnsi" w:hAnsiTheme="majorHAnsi" w:cstheme="majorHAnsi"/>
        </w:rPr>
        <w:t xml:space="preserve">   </w:t>
      </w:r>
    </w:p>
    <w:p w:rsidR="007D340F" w:rsidRPr="007D340F" w:rsidRDefault="007D340F" w:rsidP="007D340F">
      <w:pPr>
        <w:rPr>
          <w:rFonts w:asciiTheme="majorHAnsi" w:hAnsiTheme="majorHAnsi" w:cstheme="majorHAnsi"/>
        </w:rPr>
      </w:pPr>
      <w:r w:rsidRPr="007D340F">
        <w:rPr>
          <w:rFonts w:ascii="Segoe UI Symbol" w:hAnsi="Segoe UI Symbol" w:cs="Segoe UI Symbol"/>
        </w:rPr>
        <w:t>☐</w:t>
      </w:r>
      <w:r w:rsidRPr="007D340F">
        <w:rPr>
          <w:rFonts w:asciiTheme="majorHAnsi" w:hAnsiTheme="majorHAnsi" w:cstheme="majorHAnsi"/>
        </w:rPr>
        <w:t xml:space="preserve"> </w:t>
      </w:r>
      <w:proofErr w:type="spellStart"/>
      <w:r w:rsidRPr="007D340F">
        <w:rPr>
          <w:rFonts w:asciiTheme="majorHAnsi" w:hAnsiTheme="majorHAnsi" w:cstheme="majorHAnsi"/>
        </w:rPr>
        <w:t>Novembre-Gennaio</w:t>
      </w:r>
      <w:proofErr w:type="spellEnd"/>
      <w:r w:rsidRPr="007D340F">
        <w:rPr>
          <w:rFonts w:asciiTheme="majorHAnsi" w:hAnsiTheme="majorHAnsi" w:cstheme="majorHAnsi"/>
        </w:rPr>
        <w:t xml:space="preserve">   </w:t>
      </w:r>
    </w:p>
    <w:p w:rsidR="007D340F" w:rsidRPr="007D340F" w:rsidRDefault="007D340F" w:rsidP="007D340F">
      <w:pPr>
        <w:rPr>
          <w:rFonts w:asciiTheme="majorHAnsi" w:hAnsiTheme="majorHAnsi" w:cstheme="majorHAnsi"/>
        </w:rPr>
      </w:pPr>
      <w:r w:rsidRPr="007D340F">
        <w:rPr>
          <w:rFonts w:ascii="Segoe UI Symbol" w:hAnsi="Segoe UI Symbol" w:cs="Segoe UI Symbol"/>
        </w:rPr>
        <w:t>☐</w:t>
      </w:r>
      <w:r w:rsidRPr="007D340F">
        <w:rPr>
          <w:rFonts w:asciiTheme="majorHAnsi" w:hAnsiTheme="majorHAnsi" w:cstheme="majorHAnsi"/>
        </w:rPr>
        <w:t xml:space="preserve"> </w:t>
      </w:r>
      <w:proofErr w:type="spellStart"/>
      <w:r w:rsidRPr="007D340F">
        <w:rPr>
          <w:rFonts w:asciiTheme="majorHAnsi" w:hAnsiTheme="majorHAnsi" w:cstheme="majorHAnsi"/>
        </w:rPr>
        <w:t>Febbraio-Marzo</w:t>
      </w:r>
      <w:proofErr w:type="spellEnd"/>
      <w:r w:rsidRPr="007D340F">
        <w:rPr>
          <w:rFonts w:asciiTheme="majorHAnsi" w:hAnsiTheme="majorHAnsi" w:cstheme="majorHAnsi"/>
        </w:rPr>
        <w:t xml:space="preserve">  </w:t>
      </w:r>
    </w:p>
    <w:p w:rsidR="0070101B" w:rsidRPr="007D340F" w:rsidRDefault="007D340F">
      <w:pPr>
        <w:rPr>
          <w:rFonts w:asciiTheme="majorHAnsi" w:hAnsiTheme="majorHAnsi" w:cstheme="majorHAnsi"/>
        </w:rPr>
      </w:pPr>
      <w:r w:rsidRPr="007D340F">
        <w:rPr>
          <w:rFonts w:asciiTheme="majorHAnsi" w:hAnsiTheme="majorHAnsi" w:cstheme="majorHAnsi"/>
        </w:rPr>
        <w:t xml:space="preserve"> </w:t>
      </w:r>
      <w:r w:rsidRPr="007D340F">
        <w:rPr>
          <w:rFonts w:ascii="Segoe UI Symbol" w:hAnsi="Segoe UI Symbol" w:cs="Segoe UI Symbol"/>
        </w:rPr>
        <w:t>☐</w:t>
      </w:r>
      <w:r w:rsidRPr="007D340F">
        <w:rPr>
          <w:rFonts w:asciiTheme="majorHAnsi" w:hAnsiTheme="majorHAnsi" w:cstheme="majorHAnsi"/>
        </w:rPr>
        <w:t xml:space="preserve"> </w:t>
      </w:r>
      <w:proofErr w:type="spellStart"/>
      <w:r w:rsidRPr="007D340F"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52"/>
        <w:gridCol w:w="1537"/>
        <w:gridCol w:w="1123"/>
        <w:gridCol w:w="1099"/>
        <w:gridCol w:w="1131"/>
        <w:gridCol w:w="1098"/>
        <w:gridCol w:w="1290"/>
      </w:tblGrid>
      <w:tr w:rsidR="0070101B" w:rsidRPr="007D340F" w:rsidTr="007D340F">
        <w:tc>
          <w:tcPr>
            <w:tcW w:w="1352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537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175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162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179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1161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290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Annotazioni</w:t>
            </w:r>
          </w:p>
        </w:tc>
      </w:tr>
      <w:tr w:rsidR="007D340F" w:rsidRPr="007D340F" w:rsidTr="007D340F">
        <w:tc>
          <w:tcPr>
            <w:tcW w:w="1352" w:type="dxa"/>
            <w:vMerge w:val="restart"/>
          </w:tcPr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proofErr w:type="spellStart"/>
            <w:r w:rsidRPr="007D340F">
              <w:rPr>
                <w:rFonts w:asciiTheme="majorHAnsi" w:hAnsiTheme="majorHAnsi" w:cstheme="majorHAnsi"/>
              </w:rPr>
              <w:t>Ascolto</w:t>
            </w:r>
            <w:proofErr w:type="spellEnd"/>
            <w:r w:rsidRPr="007D340F">
              <w:rPr>
                <w:rFonts w:asciiTheme="majorHAnsi" w:hAnsiTheme="majorHAnsi" w:cstheme="majorHAnsi"/>
              </w:rPr>
              <w:t xml:space="preserve"> (Listening)</w:t>
            </w:r>
          </w:p>
        </w:tc>
        <w:tc>
          <w:tcPr>
            <w:tcW w:w="1537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Comprende ed esegue semplici istruzioni, azioni e movimenti correlati alla vita della classe.</w:t>
            </w:r>
          </w:p>
        </w:tc>
        <w:tc>
          <w:tcPr>
            <w:tcW w:w="1175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2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79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1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</w:p>
        </w:tc>
      </w:tr>
      <w:tr w:rsidR="007D340F" w:rsidRPr="007D340F" w:rsidTr="007D340F">
        <w:tc>
          <w:tcPr>
            <w:tcW w:w="1352" w:type="dxa"/>
            <w:vMerge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7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Ascolta e comprende il significato globale di brevi storie, filastrocche e canzoni in L2.</w:t>
            </w:r>
          </w:p>
        </w:tc>
        <w:tc>
          <w:tcPr>
            <w:tcW w:w="1175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2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79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1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</w:p>
        </w:tc>
      </w:tr>
      <w:tr w:rsidR="007D340F" w:rsidRPr="007D340F" w:rsidTr="007D340F">
        <w:tc>
          <w:tcPr>
            <w:tcW w:w="1352" w:type="dxa"/>
            <w:vMerge w:val="restart"/>
          </w:tcPr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Default="007D340F">
            <w:pPr>
              <w:rPr>
                <w:rFonts w:asciiTheme="majorHAnsi" w:hAnsiTheme="majorHAnsi" w:cstheme="majorHAnsi"/>
              </w:rPr>
            </w:pPr>
          </w:p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proofErr w:type="spellStart"/>
            <w:r w:rsidRPr="007D340F">
              <w:rPr>
                <w:rFonts w:asciiTheme="majorHAnsi" w:hAnsiTheme="majorHAnsi" w:cstheme="majorHAnsi"/>
              </w:rPr>
              <w:t>Parlato</w:t>
            </w:r>
            <w:proofErr w:type="spellEnd"/>
            <w:r w:rsidRPr="007D340F">
              <w:rPr>
                <w:rFonts w:asciiTheme="majorHAnsi" w:hAnsiTheme="majorHAnsi" w:cstheme="majorHAnsi"/>
              </w:rPr>
              <w:t xml:space="preserve"> (Speaking)</w:t>
            </w:r>
          </w:p>
        </w:tc>
        <w:tc>
          <w:tcPr>
            <w:tcW w:w="1537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Riconosce e riproduce suoni, ritmi e parole note ripetendoli in modo comprensibile.</w:t>
            </w:r>
          </w:p>
        </w:tc>
        <w:tc>
          <w:tcPr>
            <w:tcW w:w="1175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2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79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1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</w:p>
        </w:tc>
      </w:tr>
      <w:tr w:rsidR="007D340F" w:rsidRPr="007D340F" w:rsidTr="007D340F">
        <w:tc>
          <w:tcPr>
            <w:tcW w:w="1352" w:type="dxa"/>
            <w:vMerge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7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Interagisce in scambi di routine e drammatizza brevi dialoghi memorizzati (saluti, presentazioni, stato d'animo).</w:t>
            </w:r>
          </w:p>
        </w:tc>
        <w:tc>
          <w:tcPr>
            <w:tcW w:w="1175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2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79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1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D340F" w:rsidRPr="007D340F" w:rsidRDefault="007D340F">
            <w:pPr>
              <w:rPr>
                <w:rFonts w:asciiTheme="majorHAnsi" w:hAnsiTheme="majorHAnsi" w:cstheme="majorHAnsi"/>
              </w:rPr>
            </w:pPr>
          </w:p>
        </w:tc>
      </w:tr>
      <w:tr w:rsidR="0070101B" w:rsidRPr="007D340F" w:rsidTr="007D340F">
        <w:tc>
          <w:tcPr>
            <w:tcW w:w="1352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proofErr w:type="spellStart"/>
            <w:r w:rsidRPr="007D340F">
              <w:rPr>
                <w:rFonts w:asciiTheme="majorHAnsi" w:hAnsiTheme="majorHAnsi" w:cstheme="majorHAnsi"/>
              </w:rPr>
              <w:t>Lessico</w:t>
            </w:r>
            <w:proofErr w:type="spellEnd"/>
            <w:r w:rsidRPr="007D340F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7D340F">
              <w:rPr>
                <w:rFonts w:asciiTheme="majorHAnsi" w:hAnsiTheme="majorHAnsi" w:cstheme="majorHAnsi"/>
              </w:rPr>
              <w:t>strutture</w:t>
            </w:r>
            <w:proofErr w:type="spellEnd"/>
            <w:r w:rsidRPr="007D340F">
              <w:rPr>
                <w:rFonts w:asciiTheme="majorHAnsi" w:hAnsiTheme="majorHAnsi" w:cstheme="majorHAnsi"/>
              </w:rPr>
              <w:t xml:space="preserve"> (Vocabulary)</w:t>
            </w:r>
          </w:p>
        </w:tc>
        <w:tc>
          <w:tcPr>
            <w:tcW w:w="1537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 xml:space="preserve">Identifica e nomina i vocaboli relativi ai nuclei trattati (colori, </w:t>
            </w:r>
            <w:r w:rsidRPr="007D340F">
              <w:rPr>
                <w:rFonts w:asciiTheme="majorHAnsi" w:hAnsiTheme="majorHAnsi" w:cstheme="majorHAnsi"/>
              </w:rPr>
              <w:t>oggetti scolastici, numbers 1-10, animali, giocattoli).</w:t>
            </w:r>
          </w:p>
        </w:tc>
        <w:tc>
          <w:tcPr>
            <w:tcW w:w="1175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2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79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1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0101B" w:rsidRPr="007D340F" w:rsidRDefault="0070101B">
            <w:pPr>
              <w:rPr>
                <w:rFonts w:asciiTheme="majorHAnsi" w:hAnsiTheme="majorHAnsi" w:cstheme="majorHAnsi"/>
              </w:rPr>
            </w:pPr>
          </w:p>
        </w:tc>
      </w:tr>
      <w:tr w:rsidR="0070101B" w:rsidRPr="007D340F" w:rsidTr="007D340F">
        <w:tc>
          <w:tcPr>
            <w:tcW w:w="1352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Cultura e trasversalità</w:t>
            </w:r>
          </w:p>
        </w:tc>
        <w:tc>
          <w:tcPr>
            <w:tcW w:w="1537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 xml:space="preserve">Collega parole </w:t>
            </w:r>
            <w:proofErr w:type="gramStart"/>
            <w:r w:rsidRPr="007D340F">
              <w:rPr>
                <w:rFonts w:asciiTheme="majorHAnsi" w:hAnsiTheme="majorHAnsi" w:cstheme="majorHAnsi"/>
              </w:rPr>
              <w:t>a</w:t>
            </w:r>
            <w:proofErr w:type="gramEnd"/>
            <w:r w:rsidRPr="007D340F">
              <w:rPr>
                <w:rFonts w:asciiTheme="majorHAnsi" w:hAnsiTheme="majorHAnsi" w:cstheme="majorHAnsi"/>
              </w:rPr>
              <w:t xml:space="preserve"> immagini simbolo e realizza attività manuali legate alle festività anglosassoni (Festivities).</w:t>
            </w:r>
          </w:p>
        </w:tc>
        <w:tc>
          <w:tcPr>
            <w:tcW w:w="1175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2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79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61" w:type="dxa"/>
          </w:tcPr>
          <w:p w:rsidR="0070101B" w:rsidRPr="007D340F" w:rsidRDefault="007D340F">
            <w:pPr>
              <w:rPr>
                <w:rFonts w:asciiTheme="majorHAnsi" w:hAnsiTheme="majorHAnsi" w:cstheme="majorHAnsi"/>
              </w:rPr>
            </w:pPr>
            <w:r w:rsidRPr="007D340F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70101B" w:rsidRPr="007D340F" w:rsidRDefault="0070101B">
            <w:pPr>
              <w:rPr>
                <w:rFonts w:asciiTheme="majorHAnsi" w:hAnsiTheme="majorHAnsi" w:cstheme="majorHAnsi"/>
              </w:rPr>
            </w:pPr>
          </w:p>
        </w:tc>
      </w:tr>
    </w:tbl>
    <w:p w:rsidR="0070101B" w:rsidRPr="007D340F" w:rsidRDefault="0070101B">
      <w:pPr>
        <w:rPr>
          <w:rFonts w:asciiTheme="majorHAnsi" w:hAnsiTheme="majorHAnsi" w:cstheme="majorHAnsi"/>
        </w:rPr>
      </w:pPr>
    </w:p>
    <w:p w:rsidR="0070101B" w:rsidRPr="007D340F" w:rsidRDefault="007D340F" w:rsidP="007D340F">
      <w:pPr>
        <w:jc w:val="both"/>
        <w:rPr>
          <w:rFonts w:asciiTheme="majorHAnsi" w:hAnsiTheme="majorHAnsi" w:cstheme="majorHAnsi"/>
        </w:rPr>
      </w:pPr>
      <w:r w:rsidRPr="007D340F">
        <w:rPr>
          <w:rFonts w:asciiTheme="majorHAnsi" w:hAnsiTheme="majorHAnsi" w:cstheme="majorHAnsi"/>
          <w:b/>
        </w:rPr>
        <w:t xml:space="preserve">Nota: </w:t>
      </w:r>
      <w:r w:rsidRPr="007D340F">
        <w:rPr>
          <w:rFonts w:asciiTheme="majorHAnsi" w:hAnsiTheme="majorHAnsi" w:cstheme="majorHAnsi"/>
        </w:rPr>
        <w:t xml:space="preserve">La presente griglia costituisce uno </w:t>
      </w:r>
      <w:r w:rsidRPr="007D340F">
        <w:rPr>
          <w:rFonts w:asciiTheme="majorHAnsi" w:hAnsiTheme="majorHAnsi" w:cstheme="majorHAnsi"/>
        </w:rPr>
        <w:t xml:space="preserve">degli strumenti di osservazione sistematica previsti dal Protocollo di valutazione </w:t>
      </w:r>
      <w:proofErr w:type="gramStart"/>
      <w:r w:rsidRPr="007D340F">
        <w:rPr>
          <w:rFonts w:asciiTheme="majorHAnsi" w:hAnsiTheme="majorHAnsi" w:cstheme="majorHAnsi"/>
        </w:rPr>
        <w:t>della</w:t>
      </w:r>
      <w:proofErr w:type="gramEnd"/>
      <w:r w:rsidRPr="007D340F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relazione alla programmazi</w:t>
      </w:r>
      <w:r w:rsidRPr="007D340F">
        <w:rPr>
          <w:rFonts w:asciiTheme="majorHAnsi" w:hAnsiTheme="majorHAnsi" w:cstheme="majorHAnsi"/>
        </w:rPr>
        <w:t xml:space="preserve">one disciplinare, al Curricolo d'Istituto e alle esigenze </w:t>
      </w:r>
      <w:proofErr w:type="gramStart"/>
      <w:r w:rsidRPr="007D340F">
        <w:rPr>
          <w:rFonts w:asciiTheme="majorHAnsi" w:hAnsiTheme="majorHAnsi" w:cstheme="majorHAnsi"/>
        </w:rPr>
        <w:t>del</w:t>
      </w:r>
      <w:proofErr w:type="gramEnd"/>
      <w:r w:rsidRPr="007D340F">
        <w:rPr>
          <w:rFonts w:asciiTheme="majorHAnsi" w:hAnsiTheme="majorHAnsi" w:cstheme="majorHAnsi"/>
        </w:rPr>
        <w:t xml:space="preserve"> gruppo classe, mantenendo invariata la struttura della griglia.</w:t>
      </w:r>
      <w:bookmarkStart w:id="0" w:name="_GoBack"/>
      <w:bookmarkEnd w:id="0"/>
    </w:p>
    <w:sectPr w:rsidR="0070101B" w:rsidRPr="007D34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0101B"/>
    <w:rsid w:val="007D340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95D6E"/>
  <w14:defaultImageDpi w14:val="300"/>
  <w15:docId w15:val="{AC3131BD-F1B7-4F2A-9A9E-6CFF9DC3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94ADE4-67B9-4F14-ABEA-9DCB9F86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2026-07-04T17:54:00Z</dcterms:created>
  <dcterms:modified xsi:type="dcterms:W3CDTF">2026-07-04T17:54:00Z</dcterms:modified>
  <cp:category/>
</cp:coreProperties>
</file>