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F77" w:rsidRPr="004E3F77" w:rsidRDefault="004E3F77" w:rsidP="004E3F77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r w:rsidRPr="004E3F77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ISTITUTO COMPRENSIVO "DON MILANI - LINGUITI"</w:t>
      </w:r>
    </w:p>
    <w:p w:rsidR="004E3F77" w:rsidRPr="004E3F77" w:rsidRDefault="004E3F77" w:rsidP="004E3F77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4E3F77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GRIGLIA DI OSSERVAZIONE SISTEMATICA</w:t>
      </w:r>
      <w:r w:rsidRPr="004E3F77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br/>
      </w:r>
      <w:proofErr w:type="spellStart"/>
      <w:r w:rsidRPr="004E3F77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Scuola</w:t>
      </w:r>
      <w:proofErr w:type="spellEnd"/>
      <w:r w:rsidRPr="004E3F77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F77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Primaria</w:t>
      </w:r>
      <w:proofErr w:type="spellEnd"/>
    </w:p>
    <w:p w:rsidR="004E3F77" w:rsidRPr="004E3F77" w:rsidRDefault="004E3F77" w:rsidP="004E3F77">
      <w:pPr>
        <w:rPr>
          <w:rFonts w:asciiTheme="minorHAnsi" w:hAnsiTheme="minorHAnsi"/>
          <w:b/>
        </w:rPr>
      </w:pPr>
      <w:proofErr w:type="spellStart"/>
      <w:r w:rsidRPr="004E3F77">
        <w:rPr>
          <w:rFonts w:asciiTheme="minorHAnsi" w:hAnsiTheme="minorHAnsi"/>
          <w:b/>
        </w:rPr>
        <w:t>Disciplina</w:t>
      </w:r>
      <w:proofErr w:type="spellEnd"/>
      <w:r w:rsidRPr="004E3F77">
        <w:rPr>
          <w:rFonts w:asciiTheme="minorHAnsi" w:hAnsiTheme="minorHAnsi"/>
          <w:b/>
        </w:rPr>
        <w:t xml:space="preserve">: </w:t>
      </w:r>
      <w:proofErr w:type="spellStart"/>
      <w:r>
        <w:rPr>
          <w:rFonts w:asciiTheme="minorHAnsi" w:hAnsiTheme="minorHAnsi"/>
        </w:rPr>
        <w:t>Matematica</w:t>
      </w:r>
      <w:proofErr w:type="spellEnd"/>
      <w:r w:rsidRPr="004E3F77">
        <w:rPr>
          <w:rFonts w:asciiTheme="minorHAnsi" w:hAnsiTheme="minorHAnsi"/>
        </w:rPr>
        <w:br/>
      </w:r>
      <w:proofErr w:type="spellStart"/>
      <w:r w:rsidRPr="004E3F77">
        <w:rPr>
          <w:rFonts w:asciiTheme="minorHAnsi" w:hAnsiTheme="minorHAnsi"/>
          <w:b/>
        </w:rPr>
        <w:t>Classe</w:t>
      </w:r>
      <w:proofErr w:type="spellEnd"/>
      <w:r w:rsidRPr="004E3F77">
        <w:rPr>
          <w:rFonts w:asciiTheme="minorHAnsi" w:hAnsiTheme="minorHAnsi"/>
          <w:b/>
        </w:rPr>
        <w:t xml:space="preserve">: </w:t>
      </w:r>
      <w:r w:rsidRPr="004E3F77">
        <w:rPr>
          <w:rFonts w:asciiTheme="minorHAnsi" w:hAnsiTheme="minorHAnsi"/>
        </w:rPr>
        <w:t>Prima</w:t>
      </w:r>
      <w:r w:rsidRPr="004E3F77">
        <w:rPr>
          <w:rFonts w:asciiTheme="minorHAnsi" w:hAnsiTheme="minorHAnsi"/>
        </w:rPr>
        <w:br/>
      </w:r>
      <w:r w:rsidRPr="004E3F77">
        <w:rPr>
          <w:rFonts w:asciiTheme="minorHAnsi" w:hAnsiTheme="minorHAnsi"/>
          <w:b/>
        </w:rPr>
        <w:t xml:space="preserve">Anno </w:t>
      </w:r>
      <w:proofErr w:type="spellStart"/>
      <w:r w:rsidRPr="004E3F77">
        <w:rPr>
          <w:rFonts w:asciiTheme="minorHAnsi" w:hAnsiTheme="minorHAnsi"/>
          <w:b/>
        </w:rPr>
        <w:t>scolastico</w:t>
      </w:r>
      <w:proofErr w:type="spellEnd"/>
      <w:r w:rsidRPr="004E3F77">
        <w:rPr>
          <w:rFonts w:asciiTheme="minorHAnsi" w:hAnsiTheme="minorHAnsi"/>
          <w:b/>
        </w:rPr>
        <w:t xml:space="preserve">: </w:t>
      </w:r>
      <w:r w:rsidRPr="004E3F77">
        <w:rPr>
          <w:rFonts w:asciiTheme="minorHAnsi" w:hAnsiTheme="minorHAnsi"/>
        </w:rPr>
        <w:t>______________________</w:t>
      </w:r>
      <w:r w:rsidRPr="004E3F77">
        <w:rPr>
          <w:rFonts w:asciiTheme="minorHAnsi" w:hAnsiTheme="minorHAnsi"/>
        </w:rPr>
        <w:br/>
      </w:r>
      <w:proofErr w:type="spellStart"/>
      <w:r w:rsidRPr="004E3F77">
        <w:rPr>
          <w:rFonts w:asciiTheme="minorHAnsi" w:hAnsiTheme="minorHAnsi"/>
          <w:b/>
        </w:rPr>
        <w:t>Docente</w:t>
      </w:r>
      <w:proofErr w:type="spellEnd"/>
      <w:r w:rsidRPr="004E3F77">
        <w:rPr>
          <w:rFonts w:asciiTheme="minorHAnsi" w:hAnsiTheme="minorHAnsi"/>
          <w:b/>
        </w:rPr>
        <w:t xml:space="preserve">: </w:t>
      </w:r>
      <w:r w:rsidRPr="004E3F77">
        <w:rPr>
          <w:rFonts w:asciiTheme="minorHAnsi" w:hAnsiTheme="minorHAnsi"/>
        </w:rPr>
        <w:t>_____________________________</w:t>
      </w:r>
      <w:r w:rsidRPr="004E3F77">
        <w:rPr>
          <w:rFonts w:asciiTheme="minorHAnsi" w:hAnsiTheme="minorHAnsi"/>
        </w:rPr>
        <w:br/>
      </w:r>
      <w:proofErr w:type="spellStart"/>
      <w:r w:rsidRPr="004E3F77">
        <w:rPr>
          <w:rFonts w:asciiTheme="minorHAnsi" w:hAnsiTheme="minorHAnsi"/>
          <w:b/>
        </w:rPr>
        <w:t>Alunno</w:t>
      </w:r>
      <w:proofErr w:type="spellEnd"/>
      <w:r w:rsidRPr="004E3F77">
        <w:rPr>
          <w:rFonts w:asciiTheme="minorHAnsi" w:hAnsiTheme="minorHAnsi"/>
          <w:b/>
        </w:rPr>
        <w:t xml:space="preserve">/a: </w:t>
      </w:r>
      <w:r w:rsidRPr="004E3F77">
        <w:rPr>
          <w:rFonts w:asciiTheme="minorHAnsi" w:hAnsiTheme="minorHAnsi"/>
        </w:rPr>
        <w:t>____________________________</w:t>
      </w:r>
      <w:r w:rsidRPr="004E3F77">
        <w:rPr>
          <w:rFonts w:asciiTheme="minorHAnsi" w:hAnsiTheme="minorHAnsi"/>
        </w:rPr>
        <w:br/>
      </w:r>
      <w:proofErr w:type="spellStart"/>
      <w:r w:rsidRPr="004E3F77">
        <w:rPr>
          <w:rFonts w:asciiTheme="minorHAnsi" w:hAnsiTheme="minorHAnsi"/>
          <w:b/>
        </w:rPr>
        <w:t>Periodo</w:t>
      </w:r>
      <w:proofErr w:type="spellEnd"/>
      <w:r w:rsidRPr="004E3F77">
        <w:rPr>
          <w:rFonts w:asciiTheme="minorHAnsi" w:hAnsiTheme="minorHAnsi"/>
          <w:b/>
        </w:rPr>
        <w:t xml:space="preserve"> di </w:t>
      </w:r>
      <w:proofErr w:type="spellStart"/>
      <w:r w:rsidRPr="004E3F77">
        <w:rPr>
          <w:rFonts w:asciiTheme="minorHAnsi" w:hAnsiTheme="minorHAnsi"/>
          <w:b/>
        </w:rPr>
        <w:t>osservazione</w:t>
      </w:r>
      <w:proofErr w:type="spellEnd"/>
      <w:r w:rsidRPr="004E3F77">
        <w:rPr>
          <w:rFonts w:asciiTheme="minorHAnsi" w:hAnsiTheme="minorHAnsi"/>
          <w:b/>
        </w:rPr>
        <w:t>:</w:t>
      </w:r>
    </w:p>
    <w:p w:rsidR="004E3F77" w:rsidRPr="004E3F77" w:rsidRDefault="004E3F77" w:rsidP="004E3F77">
      <w:pPr>
        <w:rPr>
          <w:rFonts w:asciiTheme="minorHAnsi" w:hAnsiTheme="minorHAnsi"/>
        </w:rPr>
      </w:pPr>
      <w:r w:rsidRPr="004E3F77">
        <w:rPr>
          <w:rFonts w:asciiTheme="minorHAnsi" w:hAnsiTheme="minorHAnsi"/>
          <w:b/>
        </w:rPr>
        <w:t xml:space="preserve"> </w:t>
      </w:r>
      <w:r w:rsidRPr="004E3F77">
        <w:rPr>
          <w:rFonts w:ascii="Segoe UI Symbol" w:hAnsi="Segoe UI Symbol" w:cs="Segoe UI Symbol"/>
        </w:rPr>
        <w:t>☐</w:t>
      </w:r>
      <w:r w:rsidRPr="004E3F77">
        <w:rPr>
          <w:rFonts w:asciiTheme="minorHAnsi" w:hAnsiTheme="minorHAnsi"/>
        </w:rPr>
        <w:t xml:space="preserve"> </w:t>
      </w:r>
      <w:proofErr w:type="spellStart"/>
      <w:r w:rsidRPr="004E3F77">
        <w:rPr>
          <w:rFonts w:asciiTheme="minorHAnsi" w:hAnsiTheme="minorHAnsi"/>
        </w:rPr>
        <w:t>Settembre-Ottobre</w:t>
      </w:r>
      <w:proofErr w:type="spellEnd"/>
      <w:r w:rsidRPr="004E3F77">
        <w:rPr>
          <w:rFonts w:asciiTheme="minorHAnsi" w:hAnsiTheme="minorHAnsi"/>
        </w:rPr>
        <w:t xml:space="preserve">   </w:t>
      </w:r>
    </w:p>
    <w:p w:rsidR="004E3F77" w:rsidRPr="004E3F77" w:rsidRDefault="004E3F77" w:rsidP="004E3F77">
      <w:pPr>
        <w:rPr>
          <w:rFonts w:asciiTheme="minorHAnsi" w:hAnsiTheme="minorHAnsi"/>
        </w:rPr>
      </w:pPr>
      <w:r w:rsidRPr="004E3F77">
        <w:rPr>
          <w:rFonts w:ascii="Segoe UI Symbol" w:hAnsi="Segoe UI Symbol" w:cs="Segoe UI Symbol"/>
        </w:rPr>
        <w:t>☐</w:t>
      </w:r>
      <w:r w:rsidRPr="004E3F77">
        <w:rPr>
          <w:rFonts w:asciiTheme="minorHAnsi" w:hAnsiTheme="minorHAnsi"/>
        </w:rPr>
        <w:t xml:space="preserve"> </w:t>
      </w:r>
      <w:proofErr w:type="spellStart"/>
      <w:r w:rsidRPr="004E3F77">
        <w:rPr>
          <w:rFonts w:asciiTheme="minorHAnsi" w:hAnsiTheme="minorHAnsi"/>
        </w:rPr>
        <w:t>Novembre-Gennaio</w:t>
      </w:r>
      <w:proofErr w:type="spellEnd"/>
      <w:r w:rsidRPr="004E3F77">
        <w:rPr>
          <w:rFonts w:asciiTheme="minorHAnsi" w:hAnsiTheme="minorHAnsi"/>
        </w:rPr>
        <w:t xml:space="preserve">   </w:t>
      </w:r>
    </w:p>
    <w:p w:rsidR="004E3F77" w:rsidRPr="004E3F77" w:rsidRDefault="004E3F77" w:rsidP="004E3F77">
      <w:pPr>
        <w:rPr>
          <w:rFonts w:asciiTheme="minorHAnsi" w:hAnsiTheme="minorHAnsi"/>
        </w:rPr>
      </w:pPr>
      <w:r w:rsidRPr="004E3F77">
        <w:rPr>
          <w:rFonts w:ascii="Segoe UI Symbol" w:hAnsi="Segoe UI Symbol" w:cs="Segoe UI Symbol"/>
        </w:rPr>
        <w:t>☐</w:t>
      </w:r>
      <w:r w:rsidRPr="004E3F77">
        <w:rPr>
          <w:rFonts w:asciiTheme="minorHAnsi" w:hAnsiTheme="minorHAnsi"/>
        </w:rPr>
        <w:t xml:space="preserve"> </w:t>
      </w:r>
      <w:proofErr w:type="spellStart"/>
      <w:r w:rsidRPr="004E3F77">
        <w:rPr>
          <w:rFonts w:asciiTheme="minorHAnsi" w:hAnsiTheme="minorHAnsi"/>
        </w:rPr>
        <w:t>Febbraio-Marzo</w:t>
      </w:r>
      <w:proofErr w:type="spellEnd"/>
      <w:r w:rsidRPr="004E3F77">
        <w:rPr>
          <w:rFonts w:asciiTheme="minorHAnsi" w:hAnsiTheme="minorHAnsi"/>
        </w:rPr>
        <w:t xml:space="preserve">  </w:t>
      </w:r>
    </w:p>
    <w:p w:rsidR="00150FC1" w:rsidRPr="004E3F77" w:rsidRDefault="004E3F77">
      <w:pPr>
        <w:rPr>
          <w:rFonts w:asciiTheme="minorHAnsi" w:hAnsiTheme="minorHAnsi"/>
        </w:rPr>
      </w:pPr>
      <w:r w:rsidRPr="004E3F77">
        <w:rPr>
          <w:rFonts w:asciiTheme="minorHAnsi" w:hAnsiTheme="minorHAnsi"/>
        </w:rPr>
        <w:t xml:space="preserve"> </w:t>
      </w:r>
      <w:r w:rsidRPr="004E3F77">
        <w:rPr>
          <w:rFonts w:ascii="Segoe UI Symbol" w:hAnsi="Segoe UI Symbol" w:cs="Segoe UI Symbol"/>
        </w:rPr>
        <w:t>☐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Aprile-Giugno</w:t>
      </w:r>
      <w:proofErr w:type="spellEnd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45"/>
        <w:gridCol w:w="1596"/>
        <w:gridCol w:w="1134"/>
        <w:gridCol w:w="1112"/>
        <w:gridCol w:w="1141"/>
        <w:gridCol w:w="1112"/>
        <w:gridCol w:w="1290"/>
      </w:tblGrid>
      <w:tr w:rsidR="00150FC1" w:rsidRPr="004E3F77" w:rsidTr="00E64523">
        <w:trPr>
          <w:jc w:val="center"/>
        </w:trPr>
        <w:tc>
          <w:tcPr>
            <w:tcW w:w="1245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Nucleo di riferimento</w:t>
            </w:r>
          </w:p>
        </w:tc>
        <w:tc>
          <w:tcPr>
            <w:tcW w:w="1596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1134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Sempre</w:t>
            </w:r>
          </w:p>
        </w:tc>
        <w:tc>
          <w:tcPr>
            <w:tcW w:w="1112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141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1112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290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Annotazioni</w:t>
            </w:r>
          </w:p>
        </w:tc>
      </w:tr>
      <w:tr w:rsidR="004E3F77" w:rsidRPr="004E3F77" w:rsidTr="00E64523">
        <w:trPr>
          <w:jc w:val="center"/>
        </w:trPr>
        <w:tc>
          <w:tcPr>
            <w:tcW w:w="1245" w:type="dxa"/>
            <w:vMerge w:val="restart"/>
          </w:tcPr>
          <w:p w:rsidR="004E3F77" w:rsidRDefault="004E3F77">
            <w:pPr>
              <w:rPr>
                <w:rFonts w:asciiTheme="majorHAnsi" w:hAnsiTheme="majorHAnsi" w:cstheme="majorHAnsi"/>
              </w:rPr>
            </w:pPr>
          </w:p>
          <w:p w:rsidR="004E3F77" w:rsidRDefault="004E3F77">
            <w:pPr>
              <w:rPr>
                <w:rFonts w:asciiTheme="majorHAnsi" w:hAnsiTheme="majorHAnsi" w:cstheme="majorHAnsi"/>
              </w:rPr>
            </w:pPr>
          </w:p>
          <w:p w:rsidR="004E3F77" w:rsidRDefault="004E3F77">
            <w:pPr>
              <w:rPr>
                <w:rFonts w:asciiTheme="majorHAnsi" w:hAnsiTheme="majorHAnsi" w:cstheme="majorHAnsi"/>
              </w:rPr>
            </w:pPr>
          </w:p>
          <w:p w:rsidR="004E3F77" w:rsidRDefault="004E3F77">
            <w:pPr>
              <w:rPr>
                <w:rFonts w:asciiTheme="majorHAnsi" w:hAnsiTheme="majorHAnsi" w:cstheme="majorHAnsi"/>
              </w:rPr>
            </w:pPr>
          </w:p>
          <w:p w:rsidR="004E3F77" w:rsidRDefault="004E3F77">
            <w:pPr>
              <w:rPr>
                <w:rFonts w:asciiTheme="majorHAnsi" w:hAnsiTheme="majorHAnsi" w:cstheme="majorHAnsi"/>
              </w:rPr>
            </w:pPr>
          </w:p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proofErr w:type="spellStart"/>
            <w:r w:rsidRPr="004E3F77">
              <w:rPr>
                <w:rFonts w:asciiTheme="majorHAnsi" w:hAnsiTheme="majorHAnsi" w:cstheme="majorHAnsi"/>
              </w:rPr>
              <w:t>Prerequisiti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E3F77">
              <w:rPr>
                <w:rFonts w:asciiTheme="majorHAnsi" w:hAnsiTheme="majorHAnsi" w:cstheme="majorHAnsi"/>
              </w:rPr>
              <w:t>spaziali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4E3F77">
              <w:rPr>
                <w:rFonts w:asciiTheme="majorHAnsi" w:hAnsiTheme="majorHAnsi" w:cstheme="majorHAnsi"/>
              </w:rPr>
              <w:t>logici</w:t>
            </w:r>
            <w:proofErr w:type="spellEnd"/>
          </w:p>
        </w:tc>
        <w:tc>
          <w:tcPr>
            <w:tcW w:w="1596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Localizza oggetti nello spazio grafico e reale usando i binomi locativi e la lateralizzazione destra/sinistra.</w:t>
            </w:r>
          </w:p>
        </w:tc>
        <w:tc>
          <w:tcPr>
            <w:tcW w:w="1134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</w:p>
        </w:tc>
      </w:tr>
      <w:tr w:rsidR="004E3F77" w:rsidRPr="004E3F77" w:rsidTr="00E64523">
        <w:trPr>
          <w:jc w:val="center"/>
        </w:trPr>
        <w:tc>
          <w:tcPr>
            <w:tcW w:w="1245" w:type="dxa"/>
            <w:vMerge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6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Individua, descrive e prosegue regolarità e ritmi in sequenze date di forme, colori o numeri.</w:t>
            </w:r>
          </w:p>
        </w:tc>
        <w:tc>
          <w:tcPr>
            <w:tcW w:w="1134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4E3F77" w:rsidRPr="004E3F77" w:rsidRDefault="004E3F77">
            <w:pPr>
              <w:rPr>
                <w:rFonts w:asciiTheme="majorHAnsi" w:hAnsiTheme="majorHAnsi" w:cstheme="majorHAnsi"/>
              </w:rPr>
            </w:pPr>
          </w:p>
        </w:tc>
      </w:tr>
      <w:tr w:rsidR="00150FC1" w:rsidRPr="004E3F77" w:rsidTr="00E64523">
        <w:trPr>
          <w:jc w:val="center"/>
        </w:trPr>
        <w:tc>
          <w:tcPr>
            <w:tcW w:w="1245" w:type="dxa"/>
          </w:tcPr>
          <w:p w:rsidR="004E3F77" w:rsidRDefault="004E3F77">
            <w:pPr>
              <w:rPr>
                <w:rFonts w:asciiTheme="majorHAnsi" w:hAnsiTheme="majorHAnsi" w:cstheme="majorHAnsi"/>
              </w:rPr>
            </w:pPr>
          </w:p>
          <w:p w:rsidR="004E3F77" w:rsidRDefault="004E3F77">
            <w:pPr>
              <w:rPr>
                <w:rFonts w:asciiTheme="majorHAnsi" w:hAnsiTheme="majorHAnsi" w:cstheme="majorHAnsi"/>
              </w:rPr>
            </w:pPr>
          </w:p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I Numeri</w:t>
            </w:r>
          </w:p>
        </w:tc>
        <w:tc>
          <w:tcPr>
            <w:tcW w:w="1596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 xml:space="preserve">Conta in senso progressivo e regressivo associando i </w:t>
            </w:r>
            <w:r w:rsidRPr="004E3F77">
              <w:rPr>
                <w:rFonts w:asciiTheme="majorHAnsi" w:hAnsiTheme="majorHAnsi" w:cstheme="majorHAnsi"/>
              </w:rPr>
              <w:t xml:space="preserve">simboli e le parole-numero </w:t>
            </w:r>
            <w:r w:rsidRPr="004E3F77">
              <w:rPr>
                <w:rFonts w:asciiTheme="majorHAnsi" w:hAnsiTheme="majorHAnsi" w:cstheme="majorHAnsi"/>
              </w:rPr>
              <w:lastRenderedPageBreak/>
              <w:t>alle quantità (fino a 20).</w:t>
            </w:r>
          </w:p>
        </w:tc>
        <w:tc>
          <w:tcPr>
            <w:tcW w:w="1134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lastRenderedPageBreak/>
              <w:t>□</w:t>
            </w:r>
          </w:p>
        </w:tc>
        <w:tc>
          <w:tcPr>
            <w:tcW w:w="1112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150FC1" w:rsidRPr="004E3F77" w:rsidRDefault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150FC1" w:rsidRPr="004E3F77" w:rsidRDefault="00150FC1">
            <w:pPr>
              <w:rPr>
                <w:rFonts w:asciiTheme="majorHAnsi" w:hAnsiTheme="majorHAnsi" w:cstheme="majorHAnsi"/>
              </w:rPr>
            </w:pPr>
          </w:p>
        </w:tc>
      </w:tr>
      <w:tr w:rsidR="00E64523" w:rsidRPr="004E3F77" w:rsidTr="00A411CB">
        <w:trPr>
          <w:jc w:val="center"/>
        </w:trPr>
        <w:tc>
          <w:tcPr>
            <w:tcW w:w="1245" w:type="dxa"/>
            <w:vMerge w:val="restart"/>
          </w:tcPr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bookmarkStart w:id="0" w:name="_GoBack"/>
            <w:bookmarkEnd w:id="0"/>
            <w:r w:rsidRPr="004E3F77">
              <w:rPr>
                <w:rFonts w:asciiTheme="majorHAnsi" w:hAnsiTheme="majorHAnsi" w:cstheme="majorHAnsi"/>
              </w:rPr>
              <w:t>I Numeri</w:t>
            </w:r>
          </w:p>
        </w:tc>
        <w:tc>
          <w:tcPr>
            <w:tcW w:w="1596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proofErr w:type="spellStart"/>
            <w:r w:rsidRPr="004E3F77">
              <w:rPr>
                <w:rFonts w:asciiTheme="majorHAnsi" w:hAnsiTheme="majorHAnsi" w:cstheme="majorHAnsi"/>
              </w:rPr>
              <w:t>Confronta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4E3F77">
              <w:rPr>
                <w:rFonts w:asciiTheme="majorHAnsi" w:hAnsiTheme="majorHAnsi" w:cstheme="majorHAnsi"/>
              </w:rPr>
              <w:t>ordina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E3F77">
              <w:rPr>
                <w:rFonts w:asciiTheme="majorHAnsi" w:hAnsiTheme="majorHAnsi" w:cstheme="majorHAnsi"/>
              </w:rPr>
              <w:t>i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 numeri sulla retta numerica utilizzando i segni di maggiore, minore e uguale.</w:t>
            </w:r>
          </w:p>
        </w:tc>
        <w:tc>
          <w:tcPr>
            <w:tcW w:w="1134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</w:tr>
      <w:tr w:rsidR="00E64523" w:rsidRPr="004E3F77" w:rsidTr="00E64523">
        <w:trPr>
          <w:jc w:val="center"/>
        </w:trPr>
        <w:tc>
          <w:tcPr>
            <w:tcW w:w="1245" w:type="dxa"/>
            <w:vMerge/>
            <w:tcBorders>
              <w:top w:val="nil"/>
            </w:tcBorders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6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 xml:space="preserve">Esegue calcoli mentali e scritti di addizione e sottrazione, </w:t>
            </w:r>
            <w:proofErr w:type="gramStart"/>
            <w:r w:rsidRPr="004E3F77">
              <w:rPr>
                <w:rFonts w:asciiTheme="majorHAnsi" w:hAnsiTheme="majorHAnsi" w:cstheme="majorHAnsi"/>
              </w:rPr>
              <w:t>riconoscendole come operazioni inverse</w:t>
            </w:r>
            <w:proofErr w:type="gramEnd"/>
            <w:r w:rsidRPr="004E3F7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134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</w:tr>
      <w:tr w:rsidR="00E64523" w:rsidRPr="004E3F77" w:rsidTr="00E64523">
        <w:trPr>
          <w:jc w:val="center"/>
        </w:trPr>
        <w:tc>
          <w:tcPr>
            <w:tcW w:w="1245" w:type="dxa"/>
            <w:vMerge w:val="restart"/>
          </w:tcPr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proofErr w:type="spellStart"/>
            <w:r w:rsidRPr="004E3F77">
              <w:rPr>
                <w:rFonts w:asciiTheme="majorHAnsi" w:hAnsiTheme="majorHAnsi" w:cstheme="majorHAnsi"/>
              </w:rPr>
              <w:t>Spazio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 e Figure</w:t>
            </w:r>
          </w:p>
        </w:tc>
        <w:tc>
          <w:tcPr>
            <w:tcW w:w="1596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Individua posizioni su reticoli mediante coordinate e traccia percorsi sul piano quadrettato.</w:t>
            </w:r>
          </w:p>
        </w:tc>
        <w:tc>
          <w:tcPr>
            <w:tcW w:w="1134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</w:tr>
      <w:tr w:rsidR="00E64523" w:rsidRPr="004E3F77" w:rsidTr="00E64523">
        <w:trPr>
          <w:jc w:val="center"/>
        </w:trPr>
        <w:tc>
          <w:tcPr>
            <w:tcW w:w="1245" w:type="dxa"/>
            <w:vMerge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6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Riconosce nel mondo circostante forme piane e solide, individuando elementi di simmetria assiale.</w:t>
            </w:r>
          </w:p>
        </w:tc>
        <w:tc>
          <w:tcPr>
            <w:tcW w:w="1134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</w:tr>
      <w:tr w:rsidR="00E64523" w:rsidRPr="004E3F77" w:rsidTr="00E64523">
        <w:trPr>
          <w:jc w:val="center"/>
        </w:trPr>
        <w:tc>
          <w:tcPr>
            <w:tcW w:w="1245" w:type="dxa"/>
            <w:vMerge w:val="restart"/>
          </w:tcPr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proofErr w:type="spellStart"/>
            <w:r w:rsidRPr="004E3F77">
              <w:rPr>
                <w:rFonts w:asciiTheme="majorHAnsi" w:hAnsiTheme="majorHAnsi" w:cstheme="majorHAnsi"/>
              </w:rPr>
              <w:t>Misura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4E3F77">
              <w:rPr>
                <w:rFonts w:asciiTheme="majorHAnsi" w:hAnsiTheme="majorHAnsi" w:cstheme="majorHAnsi"/>
              </w:rPr>
              <w:t>relazioni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4E3F77">
              <w:rPr>
                <w:rFonts w:asciiTheme="majorHAnsi" w:hAnsiTheme="majorHAnsi" w:cstheme="majorHAnsi"/>
              </w:rPr>
              <w:t>dati</w:t>
            </w:r>
            <w:proofErr w:type="spellEnd"/>
            <w:r w:rsidRPr="004E3F77">
              <w:rPr>
                <w:rFonts w:asciiTheme="majorHAnsi" w:hAnsiTheme="majorHAnsi" w:cstheme="majorHAnsi"/>
              </w:rPr>
              <w:t xml:space="preserve"> e previsioni</w:t>
            </w:r>
          </w:p>
        </w:tc>
        <w:tc>
          <w:tcPr>
            <w:tcW w:w="1596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Confronta grandezze omogenee (lunghezze, pesi, capacità) e utilizza l'euro in situazioni concrete.</w:t>
            </w:r>
          </w:p>
        </w:tc>
        <w:tc>
          <w:tcPr>
            <w:tcW w:w="1134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</w:tr>
      <w:tr w:rsidR="00E64523" w:rsidRPr="004E3F77" w:rsidTr="00E64523">
        <w:trPr>
          <w:jc w:val="center"/>
        </w:trPr>
        <w:tc>
          <w:tcPr>
            <w:tcW w:w="1245" w:type="dxa"/>
            <w:vMerge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6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Classifica elementi in base a una proprietà e rappresenta dati con diagrammi, schemi e tabelle.</w:t>
            </w:r>
          </w:p>
        </w:tc>
        <w:tc>
          <w:tcPr>
            <w:tcW w:w="1134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</w:tr>
      <w:tr w:rsidR="00E64523" w:rsidRPr="004E3F77" w:rsidTr="00E64523">
        <w:trPr>
          <w:jc w:val="center"/>
        </w:trPr>
        <w:tc>
          <w:tcPr>
            <w:tcW w:w="1245" w:type="dxa"/>
          </w:tcPr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Default="00E64523" w:rsidP="00E64523">
            <w:pPr>
              <w:rPr>
                <w:rFonts w:asciiTheme="majorHAnsi" w:hAnsiTheme="majorHAnsi" w:cstheme="majorHAnsi"/>
              </w:rPr>
            </w:pPr>
          </w:p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Problem Solving</w:t>
            </w:r>
          </w:p>
        </w:tc>
        <w:tc>
          <w:tcPr>
            <w:tcW w:w="1596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Analizza situazioni problematiche reali, d'immagine o testo individuando i dati e la domanda per risolverle.</w:t>
            </w:r>
          </w:p>
        </w:tc>
        <w:tc>
          <w:tcPr>
            <w:tcW w:w="1134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41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12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  <w:r w:rsidRPr="004E3F7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E64523" w:rsidRPr="004E3F77" w:rsidRDefault="00E64523" w:rsidP="00E64523">
            <w:pPr>
              <w:rPr>
                <w:rFonts w:asciiTheme="majorHAnsi" w:hAnsiTheme="majorHAnsi" w:cstheme="majorHAnsi"/>
              </w:rPr>
            </w:pPr>
          </w:p>
        </w:tc>
      </w:tr>
    </w:tbl>
    <w:p w:rsidR="00150FC1" w:rsidRPr="004E3F77" w:rsidRDefault="00150FC1">
      <w:pPr>
        <w:rPr>
          <w:rFonts w:asciiTheme="majorHAnsi" w:hAnsiTheme="majorHAnsi" w:cstheme="majorHAnsi"/>
        </w:rPr>
      </w:pPr>
    </w:p>
    <w:p w:rsidR="00150FC1" w:rsidRPr="004E3F77" w:rsidRDefault="00E64523" w:rsidP="004E3F77">
      <w:pPr>
        <w:jc w:val="both"/>
        <w:rPr>
          <w:rFonts w:asciiTheme="majorHAnsi" w:hAnsiTheme="majorHAnsi" w:cstheme="majorHAnsi"/>
        </w:rPr>
      </w:pPr>
      <w:r w:rsidRPr="004E3F77">
        <w:rPr>
          <w:rFonts w:asciiTheme="majorHAnsi" w:hAnsiTheme="majorHAnsi" w:cstheme="majorHAnsi"/>
          <w:b/>
        </w:rPr>
        <w:t xml:space="preserve">Nota: </w:t>
      </w:r>
      <w:r w:rsidRPr="004E3F77">
        <w:rPr>
          <w:rFonts w:asciiTheme="majorHAnsi" w:hAnsiTheme="majorHAnsi" w:cstheme="majorHAnsi"/>
        </w:rPr>
        <w:t xml:space="preserve">La presente griglia costituisce uno degli strumenti di osservazione sistematica previsti dal Protocollo di </w:t>
      </w:r>
      <w:r w:rsidRPr="004E3F77">
        <w:rPr>
          <w:rFonts w:asciiTheme="majorHAnsi" w:hAnsiTheme="majorHAnsi" w:cstheme="majorHAnsi"/>
        </w:rPr>
        <w:t xml:space="preserve">valutazione </w:t>
      </w:r>
      <w:proofErr w:type="gramStart"/>
      <w:r w:rsidRPr="004E3F77">
        <w:rPr>
          <w:rFonts w:asciiTheme="majorHAnsi" w:hAnsiTheme="majorHAnsi" w:cstheme="majorHAnsi"/>
        </w:rPr>
        <w:t>della</w:t>
      </w:r>
      <w:proofErr w:type="gramEnd"/>
      <w:r w:rsidRPr="004E3F77">
        <w:rPr>
          <w:rFonts w:asciiTheme="majorHAnsi" w:hAnsiTheme="majorHAnsi" w:cstheme="majorHAnsi"/>
        </w:rPr>
        <w:t xml:space="preserve"> Scuola Primaria. Nel rispetto dell'autonomia professionale dei docenti, gli indicatori osservabili possono essere integrati o specificati in relazione alla programmazione disciplinare, al Curricolo d'Istituto e alle esigenze </w:t>
      </w:r>
      <w:proofErr w:type="gramStart"/>
      <w:r w:rsidRPr="004E3F77">
        <w:rPr>
          <w:rFonts w:asciiTheme="majorHAnsi" w:hAnsiTheme="majorHAnsi" w:cstheme="majorHAnsi"/>
        </w:rPr>
        <w:t>del</w:t>
      </w:r>
      <w:proofErr w:type="gramEnd"/>
      <w:r w:rsidRPr="004E3F77">
        <w:rPr>
          <w:rFonts w:asciiTheme="majorHAnsi" w:hAnsiTheme="majorHAnsi" w:cstheme="majorHAnsi"/>
        </w:rPr>
        <w:t xml:space="preserve"> gruppo cl</w:t>
      </w:r>
      <w:r w:rsidRPr="004E3F77">
        <w:rPr>
          <w:rFonts w:asciiTheme="majorHAnsi" w:hAnsiTheme="majorHAnsi" w:cstheme="majorHAnsi"/>
        </w:rPr>
        <w:t>asse, mantenendo invariata la struttura della griglia.</w:t>
      </w:r>
    </w:p>
    <w:sectPr w:rsidR="00150FC1" w:rsidRPr="004E3F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50FC1"/>
    <w:rsid w:val="0029639D"/>
    <w:rsid w:val="00326F90"/>
    <w:rsid w:val="004E3F77"/>
    <w:rsid w:val="00AA1D8D"/>
    <w:rsid w:val="00B47730"/>
    <w:rsid w:val="00CB0664"/>
    <w:rsid w:val="00E645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430FC"/>
  <w14:defaultImageDpi w14:val="300"/>
  <w15:docId w15:val="{597463FE-0ACE-4E46-AB34-878D9E9D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36D20B-CD68-44C4-A24F-FFAB9D5D2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2130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3</cp:revision>
  <dcterms:created xsi:type="dcterms:W3CDTF">2026-07-04T13:30:00Z</dcterms:created>
  <dcterms:modified xsi:type="dcterms:W3CDTF">2026-07-04T13:30:00Z</dcterms:modified>
  <cp:category/>
</cp:coreProperties>
</file>