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45F" w:rsidRPr="0086745F" w:rsidRDefault="0086745F" w:rsidP="0086745F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86745F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86745F" w:rsidRPr="0086745F" w:rsidRDefault="0086745F" w:rsidP="0086745F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86745F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86745F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86745F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86745F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86745F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86745F" w:rsidRPr="0086745F" w:rsidRDefault="0086745F" w:rsidP="0086745F">
      <w:pPr>
        <w:rPr>
          <w:rFonts w:asciiTheme="majorHAnsi" w:hAnsiTheme="majorHAnsi" w:cstheme="majorHAnsi"/>
          <w:b/>
        </w:rPr>
      </w:pPr>
      <w:proofErr w:type="spellStart"/>
      <w:r w:rsidRPr="0086745F">
        <w:rPr>
          <w:rFonts w:asciiTheme="majorHAnsi" w:hAnsiTheme="majorHAnsi" w:cstheme="majorHAnsi"/>
          <w:b/>
        </w:rPr>
        <w:t>Disciplina</w:t>
      </w:r>
      <w:proofErr w:type="spellEnd"/>
      <w:r w:rsidRPr="0086745F">
        <w:rPr>
          <w:rFonts w:asciiTheme="majorHAnsi" w:hAnsiTheme="majorHAnsi" w:cstheme="majorHAnsi"/>
          <w:b/>
        </w:rPr>
        <w:t xml:space="preserve">: </w:t>
      </w:r>
      <w:proofErr w:type="spellStart"/>
      <w:r w:rsidRPr="0086745F">
        <w:rPr>
          <w:rFonts w:asciiTheme="majorHAnsi" w:hAnsiTheme="majorHAnsi" w:cstheme="majorHAnsi"/>
        </w:rPr>
        <w:t>Educazione</w:t>
      </w:r>
      <w:proofErr w:type="spellEnd"/>
      <w:r w:rsidRPr="0086745F">
        <w:rPr>
          <w:rFonts w:asciiTheme="majorHAnsi" w:hAnsiTheme="majorHAnsi" w:cstheme="majorHAnsi"/>
        </w:rPr>
        <w:t xml:space="preserve"> </w:t>
      </w:r>
      <w:proofErr w:type="spellStart"/>
      <w:r w:rsidRPr="0086745F">
        <w:rPr>
          <w:rFonts w:asciiTheme="majorHAnsi" w:hAnsiTheme="majorHAnsi" w:cstheme="majorHAnsi"/>
        </w:rPr>
        <w:t>Civica</w:t>
      </w:r>
      <w:proofErr w:type="spellEnd"/>
      <w:r w:rsidRPr="0086745F">
        <w:rPr>
          <w:rFonts w:asciiTheme="majorHAnsi" w:hAnsiTheme="majorHAnsi" w:cstheme="majorHAnsi"/>
        </w:rPr>
        <w:br/>
      </w:r>
      <w:proofErr w:type="spellStart"/>
      <w:r w:rsidRPr="0086745F">
        <w:rPr>
          <w:rFonts w:asciiTheme="majorHAnsi" w:hAnsiTheme="majorHAnsi" w:cstheme="majorHAnsi"/>
          <w:b/>
        </w:rPr>
        <w:t>Classe</w:t>
      </w:r>
      <w:proofErr w:type="spellEnd"/>
      <w:r w:rsidRPr="0086745F">
        <w:rPr>
          <w:rFonts w:asciiTheme="majorHAnsi" w:hAnsiTheme="majorHAnsi" w:cstheme="majorHAnsi"/>
          <w:b/>
        </w:rPr>
        <w:t xml:space="preserve">: </w:t>
      </w:r>
      <w:r w:rsidRPr="0086745F">
        <w:rPr>
          <w:rFonts w:asciiTheme="majorHAnsi" w:hAnsiTheme="majorHAnsi" w:cstheme="majorHAnsi"/>
        </w:rPr>
        <w:t>Prima</w:t>
      </w:r>
      <w:r w:rsidRPr="0086745F">
        <w:rPr>
          <w:rFonts w:asciiTheme="majorHAnsi" w:hAnsiTheme="majorHAnsi" w:cstheme="majorHAnsi"/>
        </w:rPr>
        <w:br/>
      </w:r>
      <w:r w:rsidRPr="0086745F">
        <w:rPr>
          <w:rFonts w:asciiTheme="majorHAnsi" w:hAnsiTheme="majorHAnsi" w:cstheme="majorHAnsi"/>
          <w:b/>
        </w:rPr>
        <w:t xml:space="preserve">Anno </w:t>
      </w:r>
      <w:proofErr w:type="spellStart"/>
      <w:r w:rsidRPr="0086745F">
        <w:rPr>
          <w:rFonts w:asciiTheme="majorHAnsi" w:hAnsiTheme="majorHAnsi" w:cstheme="majorHAnsi"/>
          <w:b/>
        </w:rPr>
        <w:t>scolastico</w:t>
      </w:r>
      <w:proofErr w:type="spellEnd"/>
      <w:r w:rsidRPr="0086745F">
        <w:rPr>
          <w:rFonts w:asciiTheme="majorHAnsi" w:hAnsiTheme="majorHAnsi" w:cstheme="majorHAnsi"/>
          <w:b/>
        </w:rPr>
        <w:t xml:space="preserve">: </w:t>
      </w:r>
      <w:r w:rsidRPr="0086745F">
        <w:rPr>
          <w:rFonts w:asciiTheme="majorHAnsi" w:hAnsiTheme="majorHAnsi" w:cstheme="majorHAnsi"/>
        </w:rPr>
        <w:t>______________________</w:t>
      </w:r>
      <w:r w:rsidRPr="0086745F">
        <w:rPr>
          <w:rFonts w:asciiTheme="majorHAnsi" w:hAnsiTheme="majorHAnsi" w:cstheme="majorHAnsi"/>
        </w:rPr>
        <w:br/>
      </w:r>
      <w:proofErr w:type="spellStart"/>
      <w:r w:rsidRPr="0086745F">
        <w:rPr>
          <w:rFonts w:asciiTheme="majorHAnsi" w:hAnsiTheme="majorHAnsi" w:cstheme="majorHAnsi"/>
          <w:b/>
        </w:rPr>
        <w:t>Docente</w:t>
      </w:r>
      <w:proofErr w:type="spellEnd"/>
      <w:r w:rsidRPr="0086745F">
        <w:rPr>
          <w:rFonts w:asciiTheme="majorHAnsi" w:hAnsiTheme="majorHAnsi" w:cstheme="majorHAnsi"/>
          <w:b/>
        </w:rPr>
        <w:t xml:space="preserve">: </w:t>
      </w:r>
      <w:r w:rsidRPr="0086745F">
        <w:rPr>
          <w:rFonts w:asciiTheme="majorHAnsi" w:hAnsiTheme="majorHAnsi" w:cstheme="majorHAnsi"/>
        </w:rPr>
        <w:t>_____________________________</w:t>
      </w:r>
      <w:r w:rsidRPr="0086745F">
        <w:rPr>
          <w:rFonts w:asciiTheme="majorHAnsi" w:hAnsiTheme="majorHAnsi" w:cstheme="majorHAnsi"/>
        </w:rPr>
        <w:br/>
      </w:r>
      <w:proofErr w:type="spellStart"/>
      <w:r w:rsidRPr="0086745F">
        <w:rPr>
          <w:rFonts w:asciiTheme="majorHAnsi" w:hAnsiTheme="majorHAnsi" w:cstheme="majorHAnsi"/>
          <w:b/>
        </w:rPr>
        <w:t>Alunno</w:t>
      </w:r>
      <w:proofErr w:type="spellEnd"/>
      <w:r w:rsidRPr="0086745F">
        <w:rPr>
          <w:rFonts w:asciiTheme="majorHAnsi" w:hAnsiTheme="majorHAnsi" w:cstheme="majorHAnsi"/>
          <w:b/>
        </w:rPr>
        <w:t xml:space="preserve">/a: </w:t>
      </w:r>
      <w:r w:rsidRPr="0086745F">
        <w:rPr>
          <w:rFonts w:asciiTheme="majorHAnsi" w:hAnsiTheme="majorHAnsi" w:cstheme="majorHAnsi"/>
        </w:rPr>
        <w:t>____________________________</w:t>
      </w:r>
      <w:r w:rsidRPr="0086745F">
        <w:rPr>
          <w:rFonts w:asciiTheme="majorHAnsi" w:hAnsiTheme="majorHAnsi" w:cstheme="majorHAnsi"/>
        </w:rPr>
        <w:br/>
      </w:r>
      <w:proofErr w:type="spellStart"/>
      <w:r w:rsidRPr="0086745F">
        <w:rPr>
          <w:rFonts w:asciiTheme="majorHAnsi" w:hAnsiTheme="majorHAnsi" w:cstheme="majorHAnsi"/>
          <w:b/>
        </w:rPr>
        <w:t>Periodo</w:t>
      </w:r>
      <w:proofErr w:type="spellEnd"/>
      <w:r w:rsidRPr="0086745F">
        <w:rPr>
          <w:rFonts w:asciiTheme="majorHAnsi" w:hAnsiTheme="majorHAnsi" w:cstheme="majorHAnsi"/>
          <w:b/>
        </w:rPr>
        <w:t xml:space="preserve"> di </w:t>
      </w:r>
      <w:proofErr w:type="spellStart"/>
      <w:r w:rsidRPr="0086745F">
        <w:rPr>
          <w:rFonts w:asciiTheme="majorHAnsi" w:hAnsiTheme="majorHAnsi" w:cstheme="majorHAnsi"/>
          <w:b/>
        </w:rPr>
        <w:t>osservazione</w:t>
      </w:r>
      <w:proofErr w:type="spellEnd"/>
      <w:r w:rsidRPr="0086745F">
        <w:rPr>
          <w:rFonts w:asciiTheme="majorHAnsi" w:hAnsiTheme="majorHAnsi" w:cstheme="majorHAnsi"/>
          <w:b/>
        </w:rPr>
        <w:t>:</w:t>
      </w:r>
    </w:p>
    <w:p w:rsidR="0086745F" w:rsidRPr="0086745F" w:rsidRDefault="0086745F" w:rsidP="0086745F">
      <w:pPr>
        <w:rPr>
          <w:rFonts w:asciiTheme="majorHAnsi" w:hAnsiTheme="majorHAnsi" w:cstheme="majorHAnsi"/>
        </w:rPr>
      </w:pPr>
      <w:r w:rsidRPr="0086745F">
        <w:rPr>
          <w:rFonts w:asciiTheme="majorHAnsi" w:hAnsiTheme="majorHAnsi" w:cstheme="majorHAnsi"/>
          <w:b/>
        </w:rPr>
        <w:t xml:space="preserve"> </w:t>
      </w:r>
      <w:r w:rsidRPr="0086745F">
        <w:rPr>
          <w:rFonts w:ascii="Segoe UI Symbol" w:hAnsi="Segoe UI Symbol" w:cs="Segoe UI Symbol"/>
        </w:rPr>
        <w:t>☐</w:t>
      </w:r>
      <w:r w:rsidRPr="0086745F">
        <w:rPr>
          <w:rFonts w:asciiTheme="majorHAnsi" w:hAnsiTheme="majorHAnsi" w:cstheme="majorHAnsi"/>
        </w:rPr>
        <w:t xml:space="preserve"> </w:t>
      </w:r>
      <w:proofErr w:type="spellStart"/>
      <w:r w:rsidRPr="0086745F">
        <w:rPr>
          <w:rFonts w:asciiTheme="majorHAnsi" w:hAnsiTheme="majorHAnsi" w:cstheme="majorHAnsi"/>
        </w:rPr>
        <w:t>Settembre-Ottobre</w:t>
      </w:r>
      <w:proofErr w:type="spellEnd"/>
      <w:r w:rsidRPr="0086745F">
        <w:rPr>
          <w:rFonts w:asciiTheme="majorHAnsi" w:hAnsiTheme="majorHAnsi" w:cstheme="majorHAnsi"/>
        </w:rPr>
        <w:t xml:space="preserve">   </w:t>
      </w:r>
    </w:p>
    <w:p w:rsidR="0086745F" w:rsidRPr="0086745F" w:rsidRDefault="0086745F" w:rsidP="0086745F">
      <w:pPr>
        <w:rPr>
          <w:rFonts w:asciiTheme="majorHAnsi" w:hAnsiTheme="majorHAnsi" w:cstheme="majorHAnsi"/>
        </w:rPr>
      </w:pPr>
      <w:r w:rsidRPr="0086745F">
        <w:rPr>
          <w:rFonts w:ascii="Segoe UI Symbol" w:hAnsi="Segoe UI Symbol" w:cs="Segoe UI Symbol"/>
        </w:rPr>
        <w:t>☐</w:t>
      </w:r>
      <w:r w:rsidRPr="0086745F">
        <w:rPr>
          <w:rFonts w:asciiTheme="majorHAnsi" w:hAnsiTheme="majorHAnsi" w:cstheme="majorHAnsi"/>
        </w:rPr>
        <w:t xml:space="preserve"> </w:t>
      </w:r>
      <w:proofErr w:type="spellStart"/>
      <w:r w:rsidRPr="0086745F">
        <w:rPr>
          <w:rFonts w:asciiTheme="majorHAnsi" w:hAnsiTheme="majorHAnsi" w:cstheme="majorHAnsi"/>
        </w:rPr>
        <w:t>Novembre-Gennaio</w:t>
      </w:r>
      <w:proofErr w:type="spellEnd"/>
      <w:r w:rsidRPr="0086745F">
        <w:rPr>
          <w:rFonts w:asciiTheme="majorHAnsi" w:hAnsiTheme="majorHAnsi" w:cstheme="majorHAnsi"/>
        </w:rPr>
        <w:t xml:space="preserve">   </w:t>
      </w:r>
    </w:p>
    <w:p w:rsidR="0086745F" w:rsidRPr="0086745F" w:rsidRDefault="0086745F" w:rsidP="0086745F">
      <w:pPr>
        <w:rPr>
          <w:rFonts w:asciiTheme="majorHAnsi" w:hAnsiTheme="majorHAnsi" w:cstheme="majorHAnsi"/>
        </w:rPr>
      </w:pPr>
      <w:r w:rsidRPr="0086745F">
        <w:rPr>
          <w:rFonts w:ascii="Segoe UI Symbol" w:hAnsi="Segoe UI Symbol" w:cs="Segoe UI Symbol"/>
        </w:rPr>
        <w:t>☐</w:t>
      </w:r>
      <w:r w:rsidRPr="0086745F">
        <w:rPr>
          <w:rFonts w:asciiTheme="majorHAnsi" w:hAnsiTheme="majorHAnsi" w:cstheme="majorHAnsi"/>
        </w:rPr>
        <w:t xml:space="preserve"> </w:t>
      </w:r>
      <w:proofErr w:type="spellStart"/>
      <w:r w:rsidRPr="0086745F">
        <w:rPr>
          <w:rFonts w:asciiTheme="majorHAnsi" w:hAnsiTheme="majorHAnsi" w:cstheme="majorHAnsi"/>
        </w:rPr>
        <w:t>Febbraio-Marzo</w:t>
      </w:r>
      <w:proofErr w:type="spellEnd"/>
      <w:r w:rsidRPr="0086745F">
        <w:rPr>
          <w:rFonts w:asciiTheme="majorHAnsi" w:hAnsiTheme="majorHAnsi" w:cstheme="majorHAnsi"/>
        </w:rPr>
        <w:t xml:space="preserve">  </w:t>
      </w:r>
    </w:p>
    <w:p w:rsidR="00A2351B" w:rsidRPr="0086745F" w:rsidRDefault="0086745F">
      <w:pPr>
        <w:rPr>
          <w:rFonts w:asciiTheme="majorHAnsi" w:hAnsiTheme="majorHAnsi" w:cstheme="majorHAnsi"/>
        </w:rPr>
      </w:pPr>
      <w:r w:rsidRPr="0086745F">
        <w:rPr>
          <w:rFonts w:asciiTheme="majorHAnsi" w:hAnsiTheme="majorHAnsi" w:cstheme="majorHAnsi"/>
        </w:rPr>
        <w:t xml:space="preserve"> </w:t>
      </w:r>
      <w:r w:rsidRPr="0086745F">
        <w:rPr>
          <w:rFonts w:ascii="Segoe UI Symbol" w:hAnsi="Segoe UI Symbol" w:cs="Segoe UI Symbol"/>
        </w:rPr>
        <w:t>☐</w:t>
      </w:r>
      <w:r w:rsidRPr="0086745F">
        <w:rPr>
          <w:rFonts w:asciiTheme="majorHAnsi" w:hAnsiTheme="majorHAnsi" w:cstheme="majorHAnsi"/>
        </w:rPr>
        <w:t xml:space="preserve"> </w:t>
      </w:r>
      <w:proofErr w:type="spellStart"/>
      <w:r w:rsidRPr="0086745F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3"/>
        <w:gridCol w:w="1692"/>
        <w:gridCol w:w="485"/>
        <w:gridCol w:w="971"/>
        <w:gridCol w:w="912"/>
        <w:gridCol w:w="987"/>
        <w:gridCol w:w="910"/>
        <w:gridCol w:w="1290"/>
      </w:tblGrid>
      <w:tr w:rsidR="0086745F" w:rsidRPr="0086745F" w:rsidTr="0086745F">
        <w:tc>
          <w:tcPr>
            <w:tcW w:w="138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proofErr w:type="spellStart"/>
            <w:r w:rsidRPr="0086745F">
              <w:rPr>
                <w:rFonts w:asciiTheme="majorHAnsi" w:hAnsiTheme="majorHAnsi" w:cstheme="majorHAnsi"/>
              </w:rPr>
              <w:t>Nucleo</w:t>
            </w:r>
            <w:proofErr w:type="spellEnd"/>
            <w:r w:rsidRPr="0086745F">
              <w:rPr>
                <w:rFonts w:asciiTheme="majorHAnsi" w:hAnsiTheme="majorHAnsi" w:cstheme="majorHAnsi"/>
              </w:rPr>
              <w:t xml:space="preserve"> di </w:t>
            </w:r>
            <w:proofErr w:type="spellStart"/>
            <w:r w:rsidRPr="0086745F">
              <w:rPr>
                <w:rFonts w:asciiTheme="majorHAnsi" w:hAnsiTheme="majorHAnsi" w:cstheme="majorHAnsi"/>
              </w:rPr>
              <w:t>riferimento</w:t>
            </w:r>
            <w:proofErr w:type="spellEnd"/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proofErr w:type="spellStart"/>
            <w:r w:rsidRPr="0086745F">
              <w:rPr>
                <w:rFonts w:asciiTheme="majorHAnsi" w:hAnsiTheme="majorHAnsi" w:cstheme="majorHAnsi"/>
              </w:rPr>
              <w:t>Sempre</w:t>
            </w:r>
            <w:proofErr w:type="spellEnd"/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Annotazioni</w:t>
            </w:r>
          </w:p>
        </w:tc>
      </w:tr>
      <w:tr w:rsidR="0086745F" w:rsidRPr="0086745F" w:rsidTr="0086745F">
        <w:tc>
          <w:tcPr>
            <w:tcW w:w="1383" w:type="dxa"/>
            <w:vMerge w:val="restart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proofErr w:type="spellStart"/>
            <w:r w:rsidRPr="0086745F">
              <w:rPr>
                <w:rFonts w:asciiTheme="majorHAnsi" w:hAnsiTheme="majorHAnsi" w:cstheme="majorHAnsi"/>
              </w:rPr>
              <w:t>Costituzione</w:t>
            </w:r>
            <w:proofErr w:type="spellEnd"/>
            <w:r w:rsidRPr="0086745F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86745F">
              <w:rPr>
                <w:rFonts w:asciiTheme="majorHAnsi" w:hAnsiTheme="majorHAnsi" w:cstheme="majorHAnsi"/>
              </w:rPr>
              <w:t>legalità</w:t>
            </w:r>
            <w:proofErr w:type="spellEnd"/>
            <w:r w:rsidRPr="0086745F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86745F">
              <w:rPr>
                <w:rFonts w:asciiTheme="majorHAnsi" w:hAnsiTheme="majorHAnsi" w:cstheme="majorHAnsi"/>
              </w:rPr>
              <w:t>solidarietà</w:t>
            </w:r>
            <w:proofErr w:type="spellEnd"/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Comprende la necessità di regole condivise per la convivenza all'interno del plesso.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</w:tr>
      <w:tr w:rsidR="0086745F" w:rsidRPr="0086745F" w:rsidTr="0086745F">
        <w:tc>
          <w:tcPr>
            <w:tcW w:w="1383" w:type="dxa"/>
            <w:vMerge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Riconosce i concetti di diritto/dovere, di rispetto dell'altro e inclusione nelle Giornate della Consapevolezza.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</w:tr>
      <w:tr w:rsidR="0086745F" w:rsidRPr="0086745F" w:rsidTr="0086745F">
        <w:tc>
          <w:tcPr>
            <w:tcW w:w="138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proofErr w:type="spellStart"/>
            <w:r w:rsidRPr="0086745F">
              <w:rPr>
                <w:rFonts w:asciiTheme="majorHAnsi" w:hAnsiTheme="majorHAnsi" w:cstheme="majorHAnsi"/>
              </w:rPr>
              <w:t>Sviluppo</w:t>
            </w:r>
            <w:proofErr w:type="spellEnd"/>
            <w:r w:rsidRPr="0086745F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6745F">
              <w:rPr>
                <w:rFonts w:asciiTheme="majorHAnsi" w:hAnsiTheme="majorHAnsi" w:cstheme="majorHAnsi"/>
              </w:rPr>
              <w:t>sostenibile</w:t>
            </w:r>
            <w:proofErr w:type="spellEnd"/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Comprende l'importanza della cura di sé (igiene, alimentazione) e dell'educazione stradale del pedone.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</w:tr>
      <w:tr w:rsidR="0086745F" w:rsidRPr="0086745F" w:rsidTr="0086745F">
        <w:tc>
          <w:tcPr>
            <w:tcW w:w="138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Adotta comportamenti virtuosi per la tutela dell'ambiente, la raccolta differenziata e la riduzione degli sprechi.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</w:tr>
      <w:tr w:rsidR="0086745F" w:rsidRPr="0086745F" w:rsidTr="0086745F">
        <w:tc>
          <w:tcPr>
            <w:tcW w:w="1383" w:type="dxa"/>
            <w:vMerge w:val="restart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proofErr w:type="spellStart"/>
            <w:r w:rsidRPr="0086745F">
              <w:rPr>
                <w:rFonts w:asciiTheme="majorHAnsi" w:hAnsiTheme="majorHAnsi" w:cstheme="majorHAnsi"/>
              </w:rPr>
              <w:t>Cittadinanza</w:t>
            </w:r>
            <w:proofErr w:type="spellEnd"/>
            <w:r w:rsidRPr="0086745F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6745F">
              <w:rPr>
                <w:rFonts w:asciiTheme="majorHAnsi" w:hAnsiTheme="majorHAnsi" w:cstheme="majorHAnsi"/>
              </w:rPr>
              <w:t>digitale</w:t>
            </w:r>
            <w:proofErr w:type="spellEnd"/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Utilizza i dispositivi tecnologici di classe (LIM, PC, tablet) in modo guidato, critico e sicuro.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</w:tr>
      <w:tr w:rsidR="0086745F" w:rsidRPr="0086745F" w:rsidTr="0086745F">
        <w:tc>
          <w:tcPr>
            <w:tcW w:w="1383" w:type="dxa"/>
            <w:vMerge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9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Riconosce e applica le regole di buona educazione digitale (netiquette) e di protezione della privacy.</w:t>
            </w:r>
          </w:p>
        </w:tc>
        <w:tc>
          <w:tcPr>
            <w:tcW w:w="59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8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5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43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  <w:r w:rsidRPr="0086745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86745F" w:rsidRPr="0086745F" w:rsidRDefault="0086745F">
            <w:pPr>
              <w:rPr>
                <w:rFonts w:asciiTheme="majorHAnsi" w:hAnsiTheme="majorHAnsi" w:cstheme="majorHAnsi"/>
              </w:rPr>
            </w:pPr>
          </w:p>
        </w:tc>
      </w:tr>
    </w:tbl>
    <w:p w:rsidR="00A2351B" w:rsidRPr="0086745F" w:rsidRDefault="00A2351B">
      <w:pPr>
        <w:rPr>
          <w:rFonts w:asciiTheme="majorHAnsi" w:hAnsiTheme="majorHAnsi" w:cstheme="majorHAnsi"/>
        </w:rPr>
      </w:pPr>
    </w:p>
    <w:p w:rsidR="00A2351B" w:rsidRPr="0086745F" w:rsidRDefault="0086745F" w:rsidP="0086745F">
      <w:pPr>
        <w:jc w:val="both"/>
        <w:rPr>
          <w:rFonts w:asciiTheme="majorHAnsi" w:hAnsiTheme="majorHAnsi" w:cstheme="majorHAnsi"/>
        </w:rPr>
      </w:pPr>
      <w:r w:rsidRPr="0086745F">
        <w:rPr>
          <w:rFonts w:asciiTheme="majorHAnsi" w:hAnsiTheme="majorHAnsi" w:cstheme="majorHAnsi"/>
          <w:b/>
        </w:rPr>
        <w:t xml:space="preserve">Nota: </w:t>
      </w:r>
      <w:r w:rsidRPr="0086745F">
        <w:rPr>
          <w:rFonts w:asciiTheme="majorHAnsi" w:hAnsiTheme="majorHAnsi" w:cstheme="majorHAnsi"/>
        </w:rPr>
        <w:t xml:space="preserve">La presente griglia costituisce uno degli </w:t>
      </w:r>
      <w:r w:rsidRPr="0086745F">
        <w:rPr>
          <w:rFonts w:asciiTheme="majorHAnsi" w:hAnsiTheme="majorHAnsi" w:cstheme="majorHAnsi"/>
        </w:rPr>
        <w:t xml:space="preserve">strumenti di osservazione sistematica previsti dal Protocollo di valutazione </w:t>
      </w:r>
      <w:proofErr w:type="gramStart"/>
      <w:r w:rsidRPr="0086745F">
        <w:rPr>
          <w:rFonts w:asciiTheme="majorHAnsi" w:hAnsiTheme="majorHAnsi" w:cstheme="majorHAnsi"/>
        </w:rPr>
        <w:t>della</w:t>
      </w:r>
      <w:proofErr w:type="gramEnd"/>
      <w:r w:rsidRPr="0086745F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programmazione di</w:t>
      </w:r>
      <w:r w:rsidRPr="0086745F">
        <w:rPr>
          <w:rFonts w:asciiTheme="majorHAnsi" w:hAnsiTheme="majorHAnsi" w:cstheme="majorHAnsi"/>
        </w:rPr>
        <w:t xml:space="preserve">sciplinare, al Curricolo d'Istituto e alle esigenze </w:t>
      </w:r>
      <w:proofErr w:type="gramStart"/>
      <w:r w:rsidRPr="0086745F">
        <w:rPr>
          <w:rFonts w:asciiTheme="majorHAnsi" w:hAnsiTheme="majorHAnsi" w:cstheme="majorHAnsi"/>
        </w:rPr>
        <w:t>del</w:t>
      </w:r>
      <w:proofErr w:type="gramEnd"/>
      <w:r w:rsidRPr="0086745F">
        <w:rPr>
          <w:rFonts w:asciiTheme="majorHAnsi" w:hAnsiTheme="majorHAnsi" w:cstheme="majorHAnsi"/>
        </w:rPr>
        <w:t xml:space="preserve"> gruppo classe, mantenendo invariata la struttura della griglia.</w:t>
      </w:r>
      <w:bookmarkStart w:id="0" w:name="_GoBack"/>
      <w:bookmarkEnd w:id="0"/>
    </w:p>
    <w:sectPr w:rsidR="00A2351B" w:rsidRPr="008674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6745F"/>
    <w:rsid w:val="00A2351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BAE92"/>
  <w14:defaultImageDpi w14:val="300"/>
  <w15:docId w15:val="{7636A302-1434-4DB9-9DF2-2C5C9005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7105B3-4890-4AC8-A48E-D79EA8B7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2026-07-04T18:07:00Z</dcterms:created>
  <dcterms:modified xsi:type="dcterms:W3CDTF">2026-07-04T18:07:00Z</dcterms:modified>
  <cp:category/>
</cp:coreProperties>
</file>